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9749"/>
      </w:tblGrid>
      <w:tr>
        <w:tc>
          <w:tcPr>
            <w:tcW w:type="dxa" w:w="9749"/>
            <w:shd w:val="clear" w:color="auto" w:fill="1E3A8A"/>
            <w:tcBorders>
              <w:top w:sz="0" w:val="none" w:color="auto"/>
              <w:left w:sz="0" w:val="none" w:color="auto"/>
              <w:bottom w:sz="24" w:val="single" w:color="3B82F6"/>
              <w:right w:sz="0" w:val="none" w:color="auto"/>
            </w:tcBorders>
          </w:tcPr>
          <w:p>
            <w:pPr>
              <w:spacing w:before="280" w:after="80"/>
              <w:jc w:val="center"/>
            </w:pPr>
            <w:r>
              <w:rPr>
                <w:rFonts w:ascii="Arial" w:hAnsi="Arial"/>
                <w:b/>
                <w:color w:val="FFFFFF"/>
                <w:sz w:val="40"/>
              </w:rPr>
              <w:t>COMPREHENSIVE MERCHANT QUALIFICATION</w:t>
            </w:r>
          </w:p>
          <w:p>
            <w:pPr>
              <w:spacing w:before="0" w:after="280"/>
              <w:jc w:val="center"/>
            </w:pPr>
            <w:r>
              <w:rPr>
                <w:rFonts w:ascii="Arial" w:hAnsi="Arial"/>
                <w:b/>
                <w:color w:val="93C5FD"/>
                <w:sz w:val="24"/>
              </w:rPr>
              <w:t>OFFLINE BUSINESS UNDERWRITING QUESTIONNAIRE</w:t>
            </w:r>
          </w:p>
        </w:tc>
      </w:tr>
    </w:tbl>
    <w:p>
      <w:pPr>
        <w:spacing w:after="120"/>
      </w:pPr>
    </w:p>
    <w:tbl>
      <w:tblPr>
        <w:tblW w:type="auto" w:w="0"/>
        <w:tblLayout w:type="fixed"/>
        <w:tblLook w:firstColumn="1" w:firstRow="1" w:lastColumn="0" w:lastRow="0" w:noHBand="0" w:noVBand="1" w:val="04A0"/>
      </w:tblPr>
      <w:tblGrid>
        <w:gridCol w:w="9749"/>
      </w:tblGrid>
      <w:tr>
        <w:tc>
          <w:tcPr>
            <w:tcW w:type="dxa" w:w="9749"/>
            <w:shd w:val="clear" w:color="auto" w:fill="F0FDF4"/>
            <w:tcBorders>
              <w:top w:sz="4" w:val="single" w:color="166534"/>
              <w:left w:sz="36" w:val="single" w:color="15803D"/>
              <w:bottom w:sz="4" w:val="single" w:color="166534"/>
              <w:right w:sz="4" w:val="single" w:color="166534"/>
            </w:tcBorders>
          </w:tcPr>
          <w:p>
            <w:pPr>
              <w:spacing w:before="200" w:after="200"/>
            </w:pPr>
            <w:r>
              <w:rPr>
                <w:b/>
                <w:color w:val="166534"/>
                <w:sz w:val="22"/>
              </w:rPr>
              <w:t>📝 INSTRUCTIONS FOR COMPLETION:</w:t>
              <w:br/>
            </w:r>
            <w:r>
              <w:rPr>
                <w:color w:val="1E293B"/>
                <w:sz w:val="21"/>
              </w:rPr>
              <w:t xml:space="preserve">Please answer EVERY field completely. All operational data points are mandatory for formal file compliance review. Once finalized, save this document and manually email the file layout back directly to our underwriting desk at: </w:t>
            </w:r>
            <w:r>
              <w:rPr>
                <w:b/>
                <w:color w:val="166534"/>
                <w:sz w:val="22"/>
              </w:rPr>
              <w:t>usfunded@gmail.com</w:t>
            </w:r>
          </w:p>
        </w:tc>
      </w:tr>
    </w:tbl>
    <w:p>
      <w:pPr>
        <w:keepNext/>
        <w:spacing w:before="480" w:after="120"/>
      </w:pPr>
      <w:r>
        <w:rPr>
          <w:rFonts w:ascii="Arial" w:hAnsi="Arial"/>
          <w:b/>
          <w:color w:val="1E3A8A"/>
          <w:sz w:val="32"/>
        </w:rPr>
        <w:t>PART 1: CORE PROFILE INTAKE SHEET (All Filer Records)</w:t>
      </w:r>
    </w:p>
    <w:p>
      <w:pPr>
        <w:spacing w:before="0" w:after="240"/>
      </w:pPr>
      <w:r>
        <w:rPr>
          <w:b/>
          <w:color w:val="3B82F6"/>
        </w:rPr>
        <w:t>――――――――――――――――――――――――――――――――――――――――――――――――――――</w:t>
      </w:r>
    </w:p>
    <w:p>
      <w:pPr>
        <w:spacing w:before="80" w:after="160"/>
      </w:pPr>
      <w:r>
        <w:rPr>
          <w:b/>
          <w:color w:val="3B82F6"/>
        </w:rPr>
        <w:t xml:space="preserve">▪ </w:t>
      </w:r>
      <w:r>
        <w:rPr>
          <w:b/>
          <w:sz w:val="23"/>
        </w:rPr>
        <w:t>Full Applicant Legal Name</w:t>
      </w:r>
      <w:r>
        <w:rPr>
          <w:color w:val="94A3B8"/>
        </w:rPr>
        <w:t xml:space="preserve"> ____________________________________________________</w:t>
      </w:r>
    </w:p>
    <w:p>
      <w:pPr>
        <w:spacing w:before="80" w:after="160"/>
      </w:pPr>
      <w:r>
        <w:rPr>
          <w:b/>
          <w:color w:val="3B82F6"/>
        </w:rPr>
        <w:t xml:space="preserve">▪ </w:t>
      </w:r>
      <w:r>
        <w:rPr>
          <w:b/>
          <w:sz w:val="23"/>
        </w:rPr>
        <w:t>Registered Legal Business Name</w:t>
      </w:r>
      <w:r>
        <w:rPr>
          <w:color w:val="94A3B8"/>
        </w:rPr>
        <w:t xml:space="preserve"> ____________________________________________________</w:t>
      </w:r>
    </w:p>
    <w:p>
      <w:pPr>
        <w:spacing w:before="80" w:after="160"/>
      </w:pPr>
      <w:r>
        <w:rPr>
          <w:b/>
          <w:color w:val="3B82F6"/>
        </w:rPr>
        <w:t xml:space="preserve">▪ </w:t>
      </w:r>
      <w:r>
        <w:rPr>
          <w:b/>
          <w:sz w:val="23"/>
        </w:rPr>
        <w:t>Direct Phone Number Terminal</w:t>
      </w:r>
      <w:r>
        <w:rPr>
          <w:color w:val="94A3B8"/>
        </w:rPr>
        <w:t xml:space="preserve"> ____________________________________________________</w:t>
      </w:r>
    </w:p>
    <w:p>
      <w:pPr>
        <w:spacing w:before="80" w:after="160"/>
      </w:pPr>
      <w:r>
        <w:rPr>
          <w:b/>
          <w:color w:val="3B82F6"/>
        </w:rPr>
        <w:t xml:space="preserve">▪ </w:t>
      </w:r>
      <w:r>
        <w:rPr>
          <w:b/>
          <w:sz w:val="23"/>
        </w:rPr>
        <w:t>Active Contact Email Address</w:t>
      </w:r>
      <w:r>
        <w:rPr>
          <w:color w:val="94A3B8"/>
        </w:rPr>
        <w:t xml:space="preserve"> ____________________________________________________</w:t>
      </w:r>
    </w:p>
    <w:p>
      <w:pPr>
        <w:spacing w:before="80" w:after="160"/>
      </w:pPr>
      <w:r>
        <w:rPr>
          <w:b/>
          <w:color w:val="3B82F6"/>
        </w:rPr>
        <w:t xml:space="preserve">▪ </w:t>
      </w:r>
      <w:r>
        <w:rPr>
          <w:b/>
          <w:sz w:val="23"/>
        </w:rPr>
        <w:t>Entity Classification Type (LLC / Corp / Partnership / Sole Prop / Other)</w:t>
      </w:r>
      <w:r>
        <w:rPr>
          <w:color w:val="94A3B8"/>
        </w:rPr>
        <w:t xml:space="preserve"> ____________________________________________________</w:t>
      </w:r>
    </w:p>
    <w:p>
      <w:pPr>
        <w:spacing w:before="80" w:after="160"/>
      </w:pPr>
      <w:r>
        <w:rPr>
          <w:b/>
          <w:color w:val="3B82F6"/>
        </w:rPr>
        <w:t xml:space="preserve">▪ </w:t>
      </w:r>
      <w:r>
        <w:rPr>
          <w:b/>
          <w:sz w:val="23"/>
        </w:rPr>
        <w:t>Registered State (SOS Jurisdiction Location File)</w:t>
      </w:r>
      <w:r>
        <w:rPr>
          <w:color w:val="94A3B8"/>
        </w:rPr>
        <w:t xml:space="preserve"> ____________________________________________________</w:t>
      </w:r>
    </w:p>
    <w:p>
      <w:pPr>
        <w:spacing w:before="80" w:after="160"/>
      </w:pPr>
      <w:r>
        <w:rPr>
          <w:b/>
          <w:color w:val="3B82F6"/>
        </w:rPr>
        <w:t xml:space="preserve">▪ </w:t>
      </w:r>
      <w:r>
        <w:rPr>
          <w:b/>
          <w:sz w:val="23"/>
        </w:rPr>
        <w:t>State standing (SOS Status - Active / Inactive / Past Due)</w:t>
      </w:r>
      <w:r>
        <w:rPr>
          <w:color w:val="94A3B8"/>
        </w:rPr>
        <w:t xml:space="preserve"> ____________________________________________________</w:t>
      </w:r>
    </w:p>
    <w:p>
      <w:pPr>
        <w:spacing w:before="80" w:after="160"/>
      </w:pPr>
      <w:r>
        <w:rPr>
          <w:b/>
          <w:color w:val="3B82F6"/>
        </w:rPr>
        <w:t xml:space="preserve">▪ </w:t>
      </w:r>
      <w:r>
        <w:rPr>
          <w:b/>
          <w:sz w:val="23"/>
        </w:rPr>
        <w:t>Time In Business (Total Verified Months/Years Track)</w:t>
      </w:r>
      <w:r>
        <w:rPr>
          <w:color w:val="94A3B8"/>
        </w:rPr>
        <w:t xml:space="preserve"> ____________________________________________________</w:t>
      </w:r>
    </w:p>
    <w:p>
      <w:pPr>
        <w:spacing w:before="80" w:after="160"/>
      </w:pPr>
      <w:r>
        <w:rPr>
          <w:b/>
          <w:color w:val="3B82F6"/>
        </w:rPr>
        <w:t xml:space="preserve">▪ </w:t>
      </w:r>
      <w:r>
        <w:rPr>
          <w:b/>
          <w:sz w:val="23"/>
        </w:rPr>
        <w:t>Industry Classification / Core Category Business Operations</w:t>
      </w:r>
      <w:r>
        <w:rPr>
          <w:color w:val="94A3B8"/>
        </w:rPr>
        <w:t xml:space="preserve"> ____________________________________________________</w:t>
      </w:r>
    </w:p>
    <w:p>
      <w:pPr>
        <w:spacing w:before="80" w:after="160"/>
      </w:pPr>
      <w:r>
        <w:rPr>
          <w:b/>
          <w:color w:val="3B82F6"/>
        </w:rPr>
        <w:t xml:space="preserve">▪ </w:t>
      </w:r>
      <w:r>
        <w:rPr>
          <w:b/>
          <w:sz w:val="23"/>
        </w:rPr>
        <w:t>Principal Owner Personal Credit Score (Lead FICO Metric)</w:t>
      </w:r>
      <w:r>
        <w:rPr>
          <w:color w:val="94A3B8"/>
        </w:rPr>
        <w:t xml:space="preserve"> ____________________________________________________</w:t>
      </w:r>
    </w:p>
    <w:p>
      <w:pPr>
        <w:spacing w:before="80" w:after="160"/>
      </w:pPr>
      <w:r>
        <w:rPr>
          <w:b/>
          <w:color w:val="3B82F6"/>
        </w:rPr>
        <w:t xml:space="preserve">▪ </w:t>
      </w:r>
      <w:r>
        <w:rPr>
          <w:b/>
          <w:sz w:val="23"/>
        </w:rPr>
        <w:t>Co-Applicant / Co-Owner Credit Score (Secondary FICO Metric)</w:t>
      </w:r>
      <w:r>
        <w:rPr>
          <w:color w:val="94A3B8"/>
        </w:rPr>
        <w:t xml:space="preserve"> ____________________________________________________</w:t>
      </w:r>
    </w:p>
    <w:p>
      <w:pPr>
        <w:spacing w:before="80" w:after="160"/>
      </w:pPr>
      <w:r>
        <w:rPr>
          <w:b/>
          <w:color w:val="3B82F6"/>
        </w:rPr>
        <w:t xml:space="preserve">▪ </w:t>
      </w:r>
      <w:r>
        <w:rPr>
          <w:b/>
          <w:sz w:val="23"/>
        </w:rPr>
        <w:t>Average Monthly Gross Revenue Balance Last 12 Months ($)</w:t>
      </w:r>
      <w:r>
        <w:rPr>
          <w:color w:val="94A3B8"/>
        </w:rPr>
        <w:t xml:space="preserve"> ____________________________________________________</w:t>
      </w:r>
    </w:p>
    <w:p>
      <w:pPr>
        <w:spacing w:before="80" w:after="160"/>
      </w:pPr>
      <w:r>
        <w:rPr>
          <w:b/>
          <w:color w:val="3B82F6"/>
        </w:rPr>
        <w:t xml:space="preserve">▪ </w:t>
      </w:r>
      <w:r>
        <w:rPr>
          <w:b/>
          <w:sz w:val="23"/>
        </w:rPr>
        <w:t>Monthly Bank Statement Deposit Volume Count</w:t>
      </w:r>
      <w:r>
        <w:rPr>
          <w:color w:val="94A3B8"/>
        </w:rPr>
        <w:t xml:space="preserve"> ____________________________________________________</w:t>
      </w:r>
    </w:p>
    <w:p>
      <w:pPr>
        <w:spacing w:before="80" w:after="160"/>
      </w:pPr>
      <w:r>
        <w:rPr>
          <w:b/>
          <w:color w:val="3B82F6"/>
        </w:rPr>
        <w:t xml:space="preserve">▪ </w:t>
      </w:r>
      <w:r>
        <w:rPr>
          <w:b/>
          <w:sz w:val="23"/>
        </w:rPr>
        <w:t>Bank Deposit Frequency Pattern (Daily Drops / Weekly / Monthly Invoices)</w:t>
      </w:r>
      <w:r>
        <w:rPr>
          <w:color w:val="94A3B8"/>
        </w:rPr>
        <w:t xml:space="preserve"> ____________________________________________________</w:t>
      </w:r>
    </w:p>
    <w:p>
      <w:pPr>
        <w:spacing w:before="80" w:after="160"/>
      </w:pPr>
      <w:r>
        <w:rPr>
          <w:b/>
          <w:color w:val="3B82F6"/>
        </w:rPr>
        <w:t xml:space="preserve">▪ </w:t>
      </w:r>
      <w:r>
        <w:rPr>
          <w:b/>
          <w:sz w:val="23"/>
        </w:rPr>
        <w:t>Target Funding Capital Amount Needed ($)</w:t>
      </w:r>
      <w:r>
        <w:rPr>
          <w:color w:val="94A3B8"/>
        </w:rPr>
        <w:t xml:space="preserve"> ____________________________________________________</w:t>
      </w:r>
    </w:p>
    <w:p>
      <w:pPr>
        <w:spacing w:before="80" w:after="160"/>
      </w:pPr>
      <w:r>
        <w:rPr>
          <w:b/>
          <w:color w:val="3B82F6"/>
        </w:rPr>
        <w:t xml:space="preserve">▪ </w:t>
      </w:r>
      <w:r>
        <w:rPr>
          <w:b/>
          <w:sz w:val="23"/>
        </w:rPr>
        <w:t>Primary Use Context / Operational Reason for Financing</w:t>
      </w:r>
      <w:r>
        <w:rPr>
          <w:color w:val="94A3B8"/>
        </w:rPr>
        <w:t xml:space="preserve"> ____________________________________________________</w:t>
      </w:r>
    </w:p>
    <w:p>
      <w:pPr>
        <w:spacing w:before="80" w:after="160"/>
      </w:pPr>
      <w:r>
        <w:rPr>
          <w:b/>
          <w:color w:val="3B82F6"/>
        </w:rPr>
        <w:t xml:space="preserve">▪ </w:t>
      </w:r>
      <w:r>
        <w:rPr>
          <w:b/>
          <w:sz w:val="23"/>
        </w:rPr>
        <w:t>Dedicated Business Checking Account Active? (Yes / No)</w:t>
      </w:r>
      <w:r>
        <w:rPr>
          <w:color w:val="94A3B8"/>
        </w:rPr>
        <w:t xml:space="preserve"> ____________________________________________________</w:t>
      </w:r>
    </w:p>
    <w:p>
      <w:pPr>
        <w:spacing w:before="80" w:after="160"/>
      </w:pPr>
      <w:r>
        <w:rPr>
          <w:b/>
          <w:color w:val="3B82F6"/>
        </w:rPr>
        <w:t xml:space="preserve">▪ </w:t>
      </w:r>
      <w:r>
        <w:rPr>
          <w:b/>
          <w:sz w:val="23"/>
        </w:rPr>
        <w:t>Primary Corporate Operating Bank Name</w:t>
      </w:r>
      <w:r>
        <w:rPr>
          <w:color w:val="94A3B8"/>
        </w:rPr>
        <w:t xml:space="preserve"> ____________________________________________________</w:t>
      </w:r>
    </w:p>
    <w:p>
      <w:pPr>
        <w:spacing w:before="80" w:after="160"/>
      </w:pPr>
      <w:r>
        <w:rPr>
          <w:b/>
          <w:color w:val="3B82F6"/>
        </w:rPr>
        <w:t xml:space="preserve">▪ </w:t>
      </w:r>
      <w:r>
        <w:rPr>
          <w:b/>
          <w:sz w:val="23"/>
        </w:rPr>
        <w:t>Overdraft / NSF Fees History in Last 6 Months? (Yes / No)</w:t>
      </w:r>
      <w:r>
        <w:rPr>
          <w:color w:val="94A3B8"/>
        </w:rPr>
        <w:t xml:space="preserve"> ____________________________________________________</w:t>
      </w:r>
    </w:p>
    <w:p>
      <w:pPr>
        <w:spacing w:before="80" w:after="160"/>
      </w:pPr>
      <w:r>
        <w:rPr>
          <w:b/>
          <w:color w:val="3B82F6"/>
        </w:rPr>
        <w:t xml:space="preserve">▪ </w:t>
      </w:r>
      <w:r>
        <w:rPr>
          <w:b/>
          <w:sz w:val="23"/>
        </w:rPr>
        <w:t>Total Confirmed NSF Occurrence Count (Enter 0 if None)</w:t>
      </w:r>
      <w:r>
        <w:rPr>
          <w:color w:val="94A3B8"/>
        </w:rPr>
        <w:t xml:space="preserve"> ____________________________________________________</w:t>
      </w:r>
    </w:p>
    <w:p>
      <w:pPr>
        <w:spacing w:before="80" w:after="160"/>
      </w:pPr>
      <w:r>
        <w:rPr>
          <w:b/>
          <w:color w:val="3B82F6"/>
        </w:rPr>
        <w:t xml:space="preserve">▪ </w:t>
      </w:r>
      <w:r>
        <w:rPr>
          <w:b/>
          <w:sz w:val="23"/>
        </w:rPr>
        <w:t>Most Recent Month Closed with Negative Ending Balance? (Yes / No)</w:t>
      </w:r>
      <w:r>
        <w:rPr>
          <w:color w:val="94A3B8"/>
        </w:rPr>
        <w:t xml:space="preserve"> ____________________________________________________</w:t>
      </w:r>
    </w:p>
    <w:p>
      <w:pPr>
        <w:spacing w:before="80" w:after="160"/>
      </w:pPr>
      <w:r>
        <w:rPr>
          <w:b/>
          <w:color w:val="3B82F6"/>
        </w:rPr>
        <w:t xml:space="preserve">▪ </w:t>
      </w:r>
      <w:r>
        <w:rPr>
          <w:b/>
          <w:sz w:val="23"/>
        </w:rPr>
        <w:t>Outstanding Business Loans / Stacking MCA Debts Open? (Yes / No)</w:t>
      </w:r>
      <w:r>
        <w:rPr>
          <w:color w:val="94A3B8"/>
        </w:rPr>
        <w:t xml:space="preserve"> ____________________________________________________</w:t>
      </w:r>
    </w:p>
    <w:p>
      <w:pPr>
        <w:spacing w:before="80" w:after="160"/>
      </w:pPr>
      <w:r>
        <w:rPr>
          <w:b/>
          <w:color w:val="3B82F6"/>
        </w:rPr>
        <w:t xml:space="preserve">▪ </w:t>
      </w:r>
      <w:r>
        <w:rPr>
          <w:b/>
          <w:sz w:val="23"/>
        </w:rPr>
        <w:t>Total Remaining Balance on Existing Commercial Loans ($)</w:t>
      </w:r>
      <w:r>
        <w:rPr>
          <w:color w:val="94A3B8"/>
        </w:rPr>
        <w:t xml:space="preserve"> ____________________________________________________</w:t>
      </w:r>
    </w:p>
    <w:p>
      <w:pPr>
        <w:spacing w:before="80" w:after="160"/>
      </w:pPr>
      <w:r>
        <w:rPr>
          <w:b/>
          <w:color w:val="3B82F6"/>
        </w:rPr>
        <w:t xml:space="preserve">▪ </w:t>
      </w:r>
      <w:r>
        <w:rPr>
          <w:b/>
          <w:sz w:val="23"/>
        </w:rPr>
        <w:t>Current and Up-To-Date on All Standing Debt Repayments? (Yes / No)</w:t>
      </w:r>
      <w:r>
        <w:rPr>
          <w:color w:val="94A3B8"/>
        </w:rPr>
        <w:t xml:space="preserve"> ____________________________________________________</w:t>
      </w:r>
    </w:p>
    <w:p>
      <w:pPr>
        <w:spacing w:before="80" w:after="160"/>
      </w:pPr>
      <w:r>
        <w:rPr>
          <w:b/>
          <w:color w:val="3B82F6"/>
        </w:rPr>
        <w:t xml:space="preserve">▪ </w:t>
      </w:r>
      <w:r>
        <w:rPr>
          <w:b/>
          <w:sz w:val="23"/>
        </w:rPr>
        <w:t>Active Tax Liens or Legal Judgments Filed Against Entity? (Yes / No)</w:t>
      </w:r>
      <w:r>
        <w:rPr>
          <w:color w:val="94A3B8"/>
        </w:rPr>
        <w:t xml:space="preserve"> ____________________________________________________</w:t>
      </w:r>
    </w:p>
    <w:p>
      <w:pPr>
        <w:spacing w:before="80" w:after="160"/>
      </w:pPr>
      <w:r>
        <w:rPr>
          <w:b/>
          <w:color w:val="3B82F6"/>
        </w:rPr>
        <w:t xml:space="preserve">▪ </w:t>
      </w:r>
      <w:r>
        <w:rPr>
          <w:b/>
          <w:sz w:val="23"/>
        </w:rPr>
        <w:t>Bankruptcies Flagged Within the Last 7 Years? (Yes / No)</w:t>
      </w:r>
      <w:r>
        <w:rPr>
          <w:color w:val="94A3B8"/>
        </w:rPr>
        <w:t xml:space="preserve"> ____________________________________________________</w:t>
      </w:r>
    </w:p>
    <w:p>
      <w:pPr>
        <w:spacing w:before="80" w:after="160"/>
      </w:pPr>
      <w:r>
        <w:rPr>
          <w:b/>
          <w:color w:val="3B82F6"/>
        </w:rPr>
        <w:t xml:space="preserve">▪ </w:t>
      </w:r>
      <w:r>
        <w:rPr>
          <w:b/>
          <w:sz w:val="23"/>
        </w:rPr>
        <w:t>For-Profit United States Corporate Entity Status? (Yes / No)</w:t>
      </w:r>
      <w:r>
        <w:rPr>
          <w:color w:val="94A3B8"/>
        </w:rPr>
        <w:t xml:space="preserve"> ____________________________________________________</w:t>
      </w:r>
    </w:p>
    <w:p>
      <w:pPr>
        <w:keepNext/>
        <w:spacing w:before="360" w:after="120"/>
      </w:pPr>
      <w:r>
        <w:rPr>
          <w:rFonts w:ascii="Arial" w:hAnsi="Arial"/>
          <w:b/>
          <w:color w:val="3B82F6"/>
          <w:sz w:val="26"/>
        </w:rPr>
        <w:t>OWNERSHIP STRUCTURE BREAKDOWN (20%+ Stake Minimum)</w:t>
      </w:r>
    </w:p>
    <w:p>
      <w:pPr>
        <w:spacing w:before="80" w:after="160"/>
      </w:pPr>
      <w:r>
        <w:rPr>
          <w:b/>
          <w:color w:val="3B82F6"/>
        </w:rPr>
        <w:t xml:space="preserve">▪ </w:t>
      </w:r>
      <w:r>
        <w:rPr>
          <w:b/>
          <w:sz w:val="23"/>
        </w:rPr>
        <w:t>Owner 1 Complete Name &amp; Ownership Stake Percentage (%)</w:t>
      </w:r>
      <w:r>
        <w:rPr>
          <w:color w:val="94A3B8"/>
        </w:rPr>
        <w:t xml:space="preserve"> ____________________________________________________</w:t>
      </w:r>
    </w:p>
    <w:p>
      <w:pPr>
        <w:spacing w:before="80" w:after="160"/>
      </w:pPr>
      <w:r>
        <w:rPr>
          <w:b/>
          <w:color w:val="3B82F6"/>
        </w:rPr>
        <w:t xml:space="preserve">▪ </w:t>
      </w:r>
      <w:r>
        <w:rPr>
          <w:b/>
          <w:sz w:val="23"/>
        </w:rPr>
        <w:t>Owner 2 Complete Name &amp; Ownership Stake Percentage (%)</w:t>
      </w:r>
      <w:r>
        <w:rPr>
          <w:color w:val="94A3B8"/>
        </w:rPr>
        <w:t xml:space="preserve"> ____________________________________________________</w:t>
      </w:r>
    </w:p>
    <w:p>
      <w:pPr>
        <w:spacing w:before="80" w:after="160"/>
      </w:pPr>
      <w:r>
        <w:rPr>
          <w:b/>
          <w:color w:val="3B82F6"/>
        </w:rPr>
        <w:t xml:space="preserve">▪ </w:t>
      </w:r>
      <w:r>
        <w:rPr>
          <w:b/>
          <w:sz w:val="23"/>
        </w:rPr>
        <w:t>Owner 3 Complete Name &amp; Ownership Stake Percentage (%)</w:t>
      </w:r>
      <w:r>
        <w:rPr>
          <w:color w:val="94A3B8"/>
        </w:rPr>
        <w:t xml:space="preserve"> ____________________________________________________</w:t>
      </w:r>
    </w:p>
    <w:p>
      <w:pPr>
        <w:spacing w:before="80" w:after="160"/>
      </w:pPr>
      <w:r>
        <w:rPr>
          <w:b/>
          <w:color w:val="3B82F6"/>
        </w:rPr>
        <w:t xml:space="preserve">▪ </w:t>
      </w:r>
      <w:r>
        <w:rPr>
          <w:b/>
          <w:sz w:val="23"/>
        </w:rPr>
        <w:t>Will Personal Guarantees Be Signed by All 20%+ Owners? (Yes / No)</w:t>
      </w:r>
      <w:r>
        <w:rPr>
          <w:color w:val="94A3B8"/>
        </w:rPr>
        <w:t xml:space="preserve"> ____________________________________________________</w:t>
      </w:r>
    </w:p>
    <w:p>
      <w:pPr>
        <w:keepNext/>
        <w:spacing w:before="560" w:after="120"/>
      </w:pPr>
      <w:r>
        <w:rPr>
          <w:rFonts w:ascii="Arial" w:hAnsi="Arial"/>
          <w:b/>
          <w:color w:val="1E3A8A"/>
          <w:sz w:val="32"/>
        </w:rPr>
        <w:t>PART 2: TARGET PRODUCT ADD-ON MATRIX</w:t>
      </w:r>
    </w:p>
    <w:p>
      <w:pPr>
        <w:spacing w:before="0" w:after="240"/>
      </w:pPr>
      <w:r>
        <w:rPr>
          <w:b/>
          <w:color w:val="3B82F6"/>
        </w:rPr>
        <w:t>――――――――――――――――――――――――――――――――――――――――――――――――――――</w:t>
      </w:r>
    </w:p>
    <w:p>
      <w:r>
        <w:rPr>
          <w:b/>
          <w:color w:val="1E3A8A"/>
          <w:sz w:val="22"/>
        </w:rPr>
        <w:t>👉 INSTRUCTIONS: Move directly to the single financing solution below selected by the merchant. Complete all respective program-specific metrics completely.</w:t>
      </w:r>
    </w:p>
    <w:p>
      <w:pPr>
        <w:keepNext/>
        <w:spacing w:before="360" w:after="120"/>
      </w:pPr>
      <w:r>
        <w:rPr>
          <w:rFonts w:ascii="Arial" w:hAnsi="Arial"/>
          <w:b/>
          <w:color w:val="3B82F6"/>
          <w:sz w:val="26"/>
        </w:rPr>
        <w:t>1. SBA Express Loan Underwriting Add-Ons (Maximum Limit: $350K)</w:t>
      </w:r>
    </w:p>
    <w:p>
      <w:pPr>
        <w:spacing w:before="80" w:after="160"/>
      </w:pPr>
      <w:r>
        <w:rPr>
          <w:b/>
          <w:color w:val="3B82F6"/>
        </w:rPr>
        <w:t xml:space="preserve">▪ </w:t>
      </w:r>
      <w:r>
        <w:rPr>
          <w:b/>
          <w:sz w:val="23"/>
        </w:rPr>
        <w:t>Exact Target SBA Express Amount Requested ($)</w:t>
      </w:r>
      <w:r>
        <w:rPr>
          <w:color w:val="94A3B8"/>
        </w:rPr>
        <w:t xml:space="preserve"> ____________________________________________________</w:t>
      </w:r>
    </w:p>
    <w:p>
      <w:pPr>
        <w:spacing w:before="80" w:after="160"/>
      </w:pPr>
      <w:r>
        <w:rPr>
          <w:b/>
          <w:color w:val="3B82F6"/>
        </w:rPr>
        <w:t xml:space="preserve">▪ </w:t>
      </w:r>
      <w:r>
        <w:rPr>
          <w:b/>
          <w:sz w:val="23"/>
        </w:rPr>
        <w:t>Express Capital Use Intended Purpose (Working Cap / Inventory / Expansion)</w:t>
      </w:r>
      <w:r>
        <w:rPr>
          <w:color w:val="94A3B8"/>
        </w:rPr>
        <w:t xml:space="preserve"> ____________________________________________________</w:t>
      </w:r>
    </w:p>
    <w:p>
      <w:pPr>
        <w:spacing w:before="80" w:after="160"/>
      </w:pPr>
      <w:r>
        <w:rPr>
          <w:b/>
          <w:color w:val="3B82F6"/>
        </w:rPr>
        <w:t xml:space="preserve">▪ </w:t>
      </w:r>
      <w:r>
        <w:rPr>
          <w:b/>
          <w:sz w:val="23"/>
        </w:rPr>
        <w:t>Documented Annual Gross Corporate Revenue ($)</w:t>
      </w:r>
      <w:r>
        <w:rPr>
          <w:color w:val="94A3B8"/>
        </w:rPr>
        <w:t xml:space="preserve"> ____________________________________________________</w:t>
      </w:r>
    </w:p>
    <w:p>
      <w:pPr>
        <w:spacing w:before="80" w:after="160"/>
      </w:pPr>
      <w:r>
        <w:rPr>
          <w:b/>
          <w:color w:val="3B82F6"/>
        </w:rPr>
        <w:t xml:space="preserve">▪ </w:t>
      </w:r>
      <w:r>
        <w:rPr>
          <w:b/>
          <w:sz w:val="23"/>
        </w:rPr>
        <w:t>Business Registered Clean Net Profits Over Last 2 Years consecutive? (Yes / No)</w:t>
      </w:r>
      <w:r>
        <w:rPr>
          <w:color w:val="94A3B8"/>
        </w:rPr>
        <w:t xml:space="preserve"> ____________________________________________________</w:t>
      </w:r>
    </w:p>
    <w:p>
      <w:pPr>
        <w:spacing w:before="80" w:after="160"/>
      </w:pPr>
      <w:r>
        <w:rPr>
          <w:b/>
          <w:color w:val="3B82F6"/>
        </w:rPr>
        <w:t xml:space="preserve">▪ </w:t>
      </w:r>
      <w:r>
        <w:rPr>
          <w:b/>
          <w:sz w:val="23"/>
        </w:rPr>
        <w:t>Collateral Assets Pledged to Support Funding Structure? (Yes / No)</w:t>
      </w:r>
      <w:r>
        <w:rPr>
          <w:color w:val="94A3B8"/>
        </w:rPr>
        <w:t xml:space="preserve"> ____________________________________________________</w:t>
      </w:r>
    </w:p>
    <w:p>
      <w:pPr>
        <w:spacing w:before="80" w:after="160"/>
      </w:pPr>
      <w:r>
        <w:rPr>
          <w:b/>
          <w:color w:val="3B82F6"/>
        </w:rPr>
        <w:t xml:space="preserve">▪ </w:t>
      </w:r>
      <w:r>
        <w:rPr>
          <w:b/>
          <w:sz w:val="23"/>
        </w:rPr>
        <w:t>Detailed Property/Asset Description of Offered Collateral</w:t>
      </w:r>
      <w:r>
        <w:rPr>
          <w:color w:val="94A3B8"/>
        </w:rPr>
        <w:t xml:space="preserve"> ____________________________________________________</w:t>
      </w:r>
    </w:p>
    <w:p>
      <w:pPr>
        <w:keepNext/>
        <w:spacing w:before="360" w:after="120"/>
      </w:pPr>
      <w:r>
        <w:rPr>
          <w:rFonts w:ascii="Arial" w:hAnsi="Arial"/>
          <w:b/>
          <w:color w:val="3B82F6"/>
          <w:sz w:val="26"/>
        </w:rPr>
        <w:t>2. SBA Standard 7(a) Loan Underwriting Add-Ons (Maximum Limit: $5M)</w:t>
      </w:r>
    </w:p>
    <w:p>
      <w:pPr>
        <w:spacing w:before="80" w:after="160"/>
      </w:pPr>
      <w:r>
        <w:rPr>
          <w:b/>
          <w:color w:val="3B82F6"/>
        </w:rPr>
        <w:t xml:space="preserve">▪ </w:t>
      </w:r>
      <w:r>
        <w:rPr>
          <w:b/>
          <w:sz w:val="23"/>
        </w:rPr>
        <w:t>Total Target Financing Amount Requested ($)</w:t>
      </w:r>
      <w:r>
        <w:rPr>
          <w:color w:val="94A3B8"/>
        </w:rPr>
        <w:t xml:space="preserve"> ____________________________________________________</w:t>
      </w:r>
    </w:p>
    <w:p>
      <w:pPr>
        <w:spacing w:before="80" w:after="160"/>
      </w:pPr>
      <w:r>
        <w:rPr>
          <w:b/>
          <w:color w:val="3B82F6"/>
        </w:rPr>
        <w:t xml:space="preserve">▪ </w:t>
      </w:r>
      <w:r>
        <w:rPr>
          <w:b/>
          <w:sz w:val="23"/>
        </w:rPr>
        <w:t>Desired Amortization Loan Term Length (5 Years / 10 Years / 25 Years)</w:t>
      </w:r>
      <w:r>
        <w:rPr>
          <w:color w:val="94A3B8"/>
        </w:rPr>
        <w:t xml:space="preserve"> ____________________________________________________</w:t>
      </w:r>
    </w:p>
    <w:p>
      <w:pPr>
        <w:spacing w:before="80" w:after="160"/>
      </w:pPr>
      <w:r>
        <w:rPr>
          <w:b/>
          <w:color w:val="3B82F6"/>
        </w:rPr>
        <w:t xml:space="preserve">▪ </w:t>
      </w:r>
      <w:r>
        <w:rPr>
          <w:b/>
          <w:sz w:val="23"/>
        </w:rPr>
        <w:t>Business Core Primary Capital Use Case (Acquisition / Real Estate / Debt Refi)</w:t>
      </w:r>
      <w:r>
        <w:rPr>
          <w:color w:val="94A3B8"/>
        </w:rPr>
        <w:t xml:space="preserve"> ____________________________________________________</w:t>
      </w:r>
    </w:p>
    <w:p>
      <w:pPr>
        <w:spacing w:before="80" w:after="160"/>
      </w:pPr>
      <w:r>
        <w:rPr>
          <w:b/>
          <w:color w:val="3B82F6"/>
        </w:rPr>
        <w:t xml:space="preserve">▪ </w:t>
      </w:r>
      <w:r>
        <w:rPr>
          <w:b/>
          <w:sz w:val="23"/>
        </w:rPr>
        <w:t>Total Number of Currently Retained W2/1099 Employees</w:t>
      </w:r>
      <w:r>
        <w:rPr>
          <w:color w:val="94A3B8"/>
        </w:rPr>
        <w:t xml:space="preserve"> ____________________________________________________</w:t>
      </w:r>
    </w:p>
    <w:p>
      <w:pPr>
        <w:spacing w:before="80" w:after="160"/>
      </w:pPr>
      <w:r>
        <w:rPr>
          <w:b/>
          <w:color w:val="3B82F6"/>
        </w:rPr>
        <w:t xml:space="preserve">▪ </w:t>
      </w:r>
      <w:r>
        <w:rPr>
          <w:b/>
          <w:sz w:val="23"/>
        </w:rPr>
        <w:t>Total Annual Gross Corporate Revenue ($)</w:t>
      </w:r>
      <w:r>
        <w:rPr>
          <w:color w:val="94A3B8"/>
        </w:rPr>
        <w:t xml:space="preserve"> ____________________________________________________</w:t>
      </w:r>
    </w:p>
    <w:p>
      <w:pPr>
        <w:spacing w:before="80" w:after="160"/>
      </w:pPr>
      <w:r>
        <w:rPr>
          <w:b/>
          <w:color w:val="3B82F6"/>
        </w:rPr>
        <w:t xml:space="preserve">▪ </w:t>
      </w:r>
      <w:r>
        <w:rPr>
          <w:b/>
          <w:sz w:val="23"/>
        </w:rPr>
        <w:t>Net Operating Profits Generated Over Last Fiscal Year ($)</w:t>
      </w:r>
      <w:r>
        <w:rPr>
          <w:color w:val="94A3B8"/>
        </w:rPr>
        <w:t xml:space="preserve"> ____________________________________________________</w:t>
      </w:r>
    </w:p>
    <w:p>
      <w:pPr>
        <w:spacing w:before="80" w:after="160"/>
      </w:pPr>
      <w:r>
        <w:rPr>
          <w:b/>
          <w:color w:val="3B82F6"/>
        </w:rPr>
        <w:t xml:space="preserve">▪ </w:t>
      </w:r>
      <w:r>
        <w:rPr>
          <w:b/>
          <w:sz w:val="23"/>
        </w:rPr>
        <w:t>Any Prior Standing Delinquent Federal Agency Debt Flagged? (Yes / No)</w:t>
      </w:r>
      <w:r>
        <w:rPr>
          <w:color w:val="94A3B8"/>
        </w:rPr>
        <w:t xml:space="preserve"> ____________________________________________________</w:t>
      </w:r>
    </w:p>
    <w:p>
      <w:pPr>
        <w:spacing w:before="80" w:after="160"/>
      </w:pPr>
      <w:r>
        <w:rPr>
          <w:b/>
          <w:color w:val="3B82F6"/>
        </w:rPr>
        <w:t xml:space="preserve">▪ </w:t>
      </w:r>
      <w:r>
        <w:rPr>
          <w:b/>
          <w:sz w:val="23"/>
        </w:rPr>
        <w:t>Target Property Physical Street Address (If Real Estate Purchase Involved)</w:t>
      </w:r>
      <w:r>
        <w:rPr>
          <w:color w:val="94A3B8"/>
        </w:rPr>
        <w:t xml:space="preserve"> ____________________________________________________</w:t>
      </w:r>
    </w:p>
    <w:p>
      <w:pPr>
        <w:spacing w:before="80" w:after="160"/>
      </w:pPr>
      <w:r>
        <w:rPr>
          <w:b/>
          <w:color w:val="3B82F6"/>
        </w:rPr>
        <w:t xml:space="preserve">▪ </w:t>
      </w:r>
      <w:r>
        <w:rPr>
          <w:b/>
          <w:sz w:val="23"/>
        </w:rPr>
        <w:t>Total Commercial Real Estate Purchase Price ($)</w:t>
      </w:r>
      <w:r>
        <w:rPr>
          <w:color w:val="94A3B8"/>
        </w:rPr>
        <w:t xml:space="preserve"> ____________________________________________________</w:t>
      </w:r>
    </w:p>
    <w:p>
      <w:pPr>
        <w:spacing w:before="80" w:after="160"/>
      </w:pPr>
      <w:r>
        <w:rPr>
          <w:b/>
          <w:color w:val="3B82F6"/>
        </w:rPr>
        <w:t xml:space="preserve">▪ </w:t>
      </w:r>
      <w:r>
        <w:rPr>
          <w:b/>
          <w:sz w:val="23"/>
        </w:rPr>
        <w:t>Will Your Business Physically Occupy 51%+ of Floor Area? (Yes / No)</w:t>
      </w:r>
      <w:r>
        <w:rPr>
          <w:color w:val="94A3B8"/>
        </w:rPr>
        <w:t xml:space="preserve"> ____________________________________________________</w:t>
      </w:r>
    </w:p>
    <w:p>
      <w:pPr>
        <w:spacing w:before="80" w:after="160"/>
      </w:pPr>
      <w:r>
        <w:rPr>
          <w:b/>
          <w:color w:val="3B82F6"/>
        </w:rPr>
        <w:t xml:space="preserve">▪ </w:t>
      </w:r>
      <w:r>
        <w:rPr>
          <w:b/>
          <w:sz w:val="23"/>
        </w:rPr>
        <w:t>Target Structural Building Type Class (Office / Warehouse / Retail / Industrial)</w:t>
      </w:r>
      <w:r>
        <w:rPr>
          <w:color w:val="94A3B8"/>
        </w:rPr>
        <w:t xml:space="preserve"> ____________________________________________________</w:t>
      </w:r>
    </w:p>
    <w:p>
      <w:pPr>
        <w:spacing w:before="80" w:after="160"/>
      </w:pPr>
      <w:r>
        <w:rPr>
          <w:b/>
          <w:color w:val="3B82F6"/>
        </w:rPr>
        <w:t xml:space="preserve">▪ </w:t>
      </w:r>
      <w:r>
        <w:rPr>
          <w:b/>
          <w:sz w:val="23"/>
        </w:rPr>
        <w:t>Total Tracked Business Asset Valuation ($)</w:t>
      </w:r>
      <w:r>
        <w:rPr>
          <w:color w:val="94A3B8"/>
        </w:rPr>
        <w:t xml:space="preserve"> ____________________________________________________</w:t>
      </w:r>
    </w:p>
    <w:p>
      <w:pPr>
        <w:spacing w:before="80" w:after="160"/>
      </w:pPr>
      <w:r>
        <w:rPr>
          <w:b/>
          <w:color w:val="3B82F6"/>
        </w:rPr>
        <w:t xml:space="preserve">▪ </w:t>
      </w:r>
      <w:r>
        <w:rPr>
          <w:b/>
          <w:sz w:val="23"/>
        </w:rPr>
        <w:t>Total Standing Corporate Liability Debt ($)</w:t>
      </w:r>
      <w:r>
        <w:rPr>
          <w:color w:val="94A3B8"/>
        </w:rPr>
        <w:t xml:space="preserve"> ____________________________________________________</w:t>
      </w:r>
    </w:p>
    <w:p>
      <w:pPr>
        <w:spacing w:before="80" w:after="160"/>
      </w:pPr>
      <w:r>
        <w:rPr>
          <w:b/>
          <w:color w:val="3B82F6"/>
        </w:rPr>
        <w:t xml:space="preserve">▪ </w:t>
      </w:r>
      <w:r>
        <w:rPr>
          <w:b/>
          <w:sz w:val="23"/>
        </w:rPr>
        <w:t>Current Calculated Debt Service Coverage Ratio (DSCR Target)</w:t>
      </w:r>
      <w:r>
        <w:rPr>
          <w:color w:val="94A3B8"/>
        </w:rPr>
        <w:t xml:space="preserve"> ____________________________________________________</w:t>
      </w:r>
    </w:p>
    <w:p>
      <w:pPr>
        <w:keepNext/>
        <w:spacing w:before="360" w:after="120"/>
      </w:pPr>
      <w:r>
        <w:rPr>
          <w:rFonts w:ascii="Arial" w:hAnsi="Arial"/>
          <w:b/>
          <w:color w:val="3B82F6"/>
          <w:sz w:val="26"/>
        </w:rPr>
        <w:t>3. SBA 504 Structural Development Add-Ons</w:t>
      </w:r>
    </w:p>
    <w:p>
      <w:pPr>
        <w:spacing w:before="80" w:after="160"/>
      </w:pPr>
      <w:r>
        <w:rPr>
          <w:b/>
          <w:color w:val="3B82F6"/>
        </w:rPr>
        <w:t xml:space="preserve">▪ </w:t>
      </w:r>
      <w:r>
        <w:rPr>
          <w:b/>
          <w:sz w:val="23"/>
        </w:rPr>
        <w:t>Total Projected Development / Project Budget Cost ($)</w:t>
      </w:r>
      <w:r>
        <w:rPr>
          <w:color w:val="94A3B8"/>
        </w:rPr>
        <w:t xml:space="preserve"> ____________________________________________________</w:t>
      </w:r>
    </w:p>
    <w:p>
      <w:pPr>
        <w:spacing w:before="80" w:after="160"/>
      </w:pPr>
      <w:r>
        <w:rPr>
          <w:b/>
          <w:color w:val="3B82F6"/>
        </w:rPr>
        <w:t xml:space="preserve">▪ </w:t>
      </w:r>
      <w:r>
        <w:rPr>
          <w:b/>
          <w:sz w:val="23"/>
        </w:rPr>
        <w:t>Core Loan Amount Requested Through the 504 Structure ($)</w:t>
      </w:r>
      <w:r>
        <w:rPr>
          <w:color w:val="94A3B8"/>
        </w:rPr>
        <w:t xml:space="preserve"> ____________________________________________________</w:t>
      </w:r>
    </w:p>
    <w:p>
      <w:pPr>
        <w:spacing w:before="80" w:after="160"/>
      </w:pPr>
      <w:r>
        <w:rPr>
          <w:b/>
          <w:color w:val="3B82F6"/>
        </w:rPr>
        <w:t xml:space="preserve">▪ </w:t>
      </w:r>
      <w:r>
        <w:rPr>
          <w:b/>
          <w:sz w:val="23"/>
        </w:rPr>
        <w:t>Down Payment Funds Made Available (10% Minimum Target Equity) ($)</w:t>
      </w:r>
      <w:r>
        <w:rPr>
          <w:color w:val="94A3B8"/>
        </w:rPr>
        <w:t xml:space="preserve"> ____________________________________________________</w:t>
      </w:r>
    </w:p>
    <w:p>
      <w:pPr>
        <w:spacing w:before="80" w:after="160"/>
      </w:pPr>
      <w:r>
        <w:rPr>
          <w:b/>
          <w:color w:val="3B82F6"/>
        </w:rPr>
        <w:t xml:space="preserve">▪ </w:t>
      </w:r>
      <w:r>
        <w:rPr>
          <w:b/>
          <w:sz w:val="23"/>
        </w:rPr>
        <w:t>Core Structural Project Type Category (Construction / Expansion / Major Land)</w:t>
      </w:r>
      <w:r>
        <w:rPr>
          <w:color w:val="94A3B8"/>
        </w:rPr>
        <w:t xml:space="preserve"> ____________________________________________________</w:t>
      </w:r>
    </w:p>
    <w:p>
      <w:pPr>
        <w:spacing w:before="80" w:after="160"/>
      </w:pPr>
      <w:r>
        <w:rPr>
          <w:b/>
          <w:color w:val="3B82F6"/>
        </w:rPr>
        <w:t xml:space="preserve">▪ </w:t>
      </w:r>
      <w:r>
        <w:rPr>
          <w:b/>
          <w:sz w:val="23"/>
        </w:rPr>
        <w:t>Target Property Physical Asset Street Address Location</w:t>
      </w:r>
      <w:r>
        <w:rPr>
          <w:color w:val="94A3B8"/>
        </w:rPr>
        <w:t xml:space="preserve"> ____________________________________________________</w:t>
      </w:r>
    </w:p>
    <w:p>
      <w:pPr>
        <w:spacing w:before="80" w:after="160"/>
      </w:pPr>
      <w:r>
        <w:rPr>
          <w:b/>
          <w:color w:val="3B82F6"/>
        </w:rPr>
        <w:t xml:space="preserve">▪ </w:t>
      </w:r>
      <w:r>
        <w:rPr>
          <w:b/>
          <w:sz w:val="23"/>
        </w:rPr>
        <w:t>Present Appraised Market Value ($)</w:t>
      </w:r>
      <w:r>
        <w:rPr>
          <w:color w:val="94A3B8"/>
        </w:rPr>
        <w:t xml:space="preserve"> ____________________________________________________</w:t>
      </w:r>
    </w:p>
    <w:p>
      <w:pPr>
        <w:spacing w:before="80" w:after="160"/>
      </w:pPr>
      <w:r>
        <w:rPr>
          <w:b/>
          <w:color w:val="3B82F6"/>
        </w:rPr>
        <w:t xml:space="preserve">▪ </w:t>
      </w:r>
      <w:r>
        <w:rPr>
          <w:b/>
          <w:sz w:val="23"/>
        </w:rPr>
        <w:t>Your Planned Corporate Property Occupancy Percentage (% - Must be 51%+)</w:t>
      </w:r>
      <w:r>
        <w:rPr>
          <w:color w:val="94A3B8"/>
        </w:rPr>
        <w:t xml:space="preserve"> ____________________________________________________</w:t>
      </w:r>
    </w:p>
    <w:p>
      <w:pPr>
        <w:spacing w:before="80" w:after="160"/>
      </w:pPr>
      <w:r>
        <w:rPr>
          <w:b/>
          <w:color w:val="3B82F6"/>
        </w:rPr>
        <w:t xml:space="preserve">▪ </w:t>
      </w:r>
      <w:r>
        <w:rPr>
          <w:b/>
          <w:sz w:val="23"/>
        </w:rPr>
        <w:t>Asset Property Classification Structural Type (Warehouse / Retail / Medical)</w:t>
      </w:r>
      <w:r>
        <w:rPr>
          <w:color w:val="94A3B8"/>
        </w:rPr>
        <w:t xml:space="preserve"> ____________________________________________________</w:t>
      </w:r>
    </w:p>
    <w:p>
      <w:pPr>
        <w:spacing w:before="80" w:after="160"/>
      </w:pPr>
      <w:r>
        <w:rPr>
          <w:b/>
          <w:color w:val="3B82F6"/>
        </w:rPr>
        <w:t xml:space="preserve">▪ </w:t>
      </w:r>
      <w:r>
        <w:rPr>
          <w:b/>
          <w:sz w:val="23"/>
        </w:rPr>
        <w:t>Tangible Corporate Business Net Worth Valuation ($ - Must be &lt; $20M)</w:t>
      </w:r>
      <w:r>
        <w:rPr>
          <w:color w:val="94A3B8"/>
        </w:rPr>
        <w:t xml:space="preserve"> ____________________________________________________</w:t>
      </w:r>
    </w:p>
    <w:p>
      <w:pPr>
        <w:spacing w:before="80" w:after="160"/>
      </w:pPr>
      <w:r>
        <w:rPr>
          <w:b/>
          <w:color w:val="3B82F6"/>
        </w:rPr>
        <w:t xml:space="preserve">▪ </w:t>
      </w:r>
      <w:r>
        <w:rPr>
          <w:b/>
          <w:sz w:val="23"/>
        </w:rPr>
        <w:t>Average Structural Net Income Over Last 2 Consecutive Years ($ - Must be &lt; $6.5M)</w:t>
      </w:r>
      <w:r>
        <w:rPr>
          <w:color w:val="94A3B8"/>
        </w:rPr>
        <w:t xml:space="preserve"> ____________________________________________________</w:t>
      </w:r>
    </w:p>
    <w:p>
      <w:pPr>
        <w:spacing w:before="80" w:after="160"/>
      </w:pPr>
      <w:r>
        <w:rPr>
          <w:b/>
          <w:color w:val="3B82F6"/>
        </w:rPr>
        <w:t xml:space="preserve">▪ </w:t>
      </w:r>
      <w:r>
        <w:rPr>
          <w:b/>
          <w:sz w:val="23"/>
        </w:rPr>
        <w:t>Is Filer an Inactive/Passive Real Estate Investment Vehicle? (Yes / No)</w:t>
      </w:r>
      <w:r>
        <w:rPr>
          <w:color w:val="94A3B8"/>
        </w:rPr>
        <w:t xml:space="preserve"> ____________________________________________________</w:t>
      </w:r>
    </w:p>
    <w:p>
      <w:pPr>
        <w:spacing w:before="80" w:after="160"/>
      </w:pPr>
      <w:r>
        <w:rPr>
          <w:b/>
          <w:color w:val="3B82F6"/>
        </w:rPr>
        <w:t xml:space="preserve">▪ </w:t>
      </w:r>
      <w:r>
        <w:rPr>
          <w:b/>
          <w:sz w:val="23"/>
        </w:rPr>
        <w:t>Current On-Site Retained Workforce Position Job Count</w:t>
      </w:r>
      <w:r>
        <w:rPr>
          <w:color w:val="94A3B8"/>
        </w:rPr>
        <w:t xml:space="preserve"> ____________________________________________________</w:t>
      </w:r>
    </w:p>
    <w:p>
      <w:pPr>
        <w:spacing w:before="80" w:after="160"/>
      </w:pPr>
      <w:r>
        <w:rPr>
          <w:b/>
          <w:color w:val="3B82F6"/>
        </w:rPr>
        <w:t xml:space="preserve">▪ </w:t>
      </w:r>
      <w:r>
        <w:rPr>
          <w:b/>
          <w:sz w:val="23"/>
        </w:rPr>
        <w:t>New Long-Term Structural Positions to be Created Post-Funding</w:t>
      </w:r>
      <w:r>
        <w:rPr>
          <w:color w:val="94A3B8"/>
        </w:rPr>
        <w:t xml:space="preserve"> ____________________________________________________</w:t>
      </w:r>
    </w:p>
    <w:p>
      <w:pPr>
        <w:spacing w:before="80" w:after="160"/>
      </w:pPr>
      <w:r>
        <w:rPr>
          <w:b/>
          <w:color w:val="3B82F6"/>
        </w:rPr>
        <w:t xml:space="preserve">▪ </w:t>
      </w:r>
      <w:r>
        <w:rPr>
          <w:b/>
          <w:sz w:val="23"/>
        </w:rPr>
        <w:t>Job Count Safely Maintained/Retained Via This Infusion</w:t>
      </w:r>
      <w:r>
        <w:rPr>
          <w:color w:val="94A3B8"/>
        </w:rPr>
        <w:t xml:space="preserve"> ____________________________________________________</w:t>
      </w:r>
    </w:p>
    <w:p>
      <w:pPr>
        <w:spacing w:before="80" w:after="160"/>
      </w:pPr>
      <w:r>
        <w:rPr>
          <w:b/>
          <w:color w:val="3B82F6"/>
        </w:rPr>
        <w:t xml:space="preserve">▪ </w:t>
      </w:r>
      <w:r>
        <w:rPr>
          <w:b/>
          <w:sz w:val="23"/>
        </w:rPr>
        <w:t>Meets Statutory Public Goal of 1 Job per $75K CDC Financing? (Yes / No)</w:t>
      </w:r>
      <w:r>
        <w:rPr>
          <w:color w:val="94A3B8"/>
        </w:rPr>
        <w:t xml:space="preserve"> ____________________________________________________</w:t>
      </w:r>
    </w:p>
    <w:p>
      <w:pPr>
        <w:spacing w:before="80" w:after="160"/>
      </w:pPr>
      <w:r>
        <w:rPr>
          <w:b/>
          <w:color w:val="3B82F6"/>
        </w:rPr>
        <w:t xml:space="preserve">▪ </w:t>
      </w:r>
      <w:r>
        <w:rPr>
          <w:b/>
          <w:sz w:val="23"/>
        </w:rPr>
        <w:t>Phase I Environmental Site Evaluation Completed &amp; Signed? (Yes / No)</w:t>
      </w:r>
      <w:r>
        <w:rPr>
          <w:color w:val="94A3B8"/>
        </w:rPr>
        <w:t xml:space="preserve"> ____________________________________________________</w:t>
      </w:r>
    </w:p>
    <w:p>
      <w:pPr>
        <w:spacing w:before="80" w:after="160"/>
      </w:pPr>
      <w:r>
        <w:rPr>
          <w:b/>
          <w:color w:val="3B82F6"/>
        </w:rPr>
        <w:t xml:space="preserve">▪ </w:t>
      </w:r>
      <w:r>
        <w:rPr>
          <w:b/>
          <w:sz w:val="23"/>
        </w:rPr>
        <w:t>Known Environmental Site Dangers or Chemistry Concerns Identified? (Yes / No)</w:t>
      </w:r>
      <w:r>
        <w:rPr>
          <w:color w:val="94A3B8"/>
        </w:rPr>
        <w:t xml:space="preserve"> ____________________________________________________</w:t>
      </w:r>
    </w:p>
    <w:p>
      <w:pPr>
        <w:spacing w:before="80" w:after="160"/>
      </w:pPr>
      <w:r>
        <w:rPr>
          <w:b/>
          <w:color w:val="3B82F6"/>
        </w:rPr>
        <w:t xml:space="preserve">▪ </w:t>
      </w:r>
      <w:r>
        <w:rPr>
          <w:b/>
          <w:sz w:val="23"/>
        </w:rPr>
        <w:t>Chosen General Contractor Business Corporate Legal Name</w:t>
      </w:r>
      <w:r>
        <w:rPr>
          <w:color w:val="94A3B8"/>
        </w:rPr>
        <w:t xml:space="preserve"> ____________________________________________________</w:t>
      </w:r>
    </w:p>
    <w:p>
      <w:pPr>
        <w:spacing w:before="80" w:after="160"/>
      </w:pPr>
      <w:r>
        <w:rPr>
          <w:b/>
          <w:color w:val="3B82F6"/>
        </w:rPr>
        <w:t xml:space="preserve">▪ </w:t>
      </w:r>
      <w:r>
        <w:rPr>
          <w:b/>
          <w:sz w:val="23"/>
        </w:rPr>
        <w:t>General Contractor State License / Certification Number</w:t>
      </w:r>
      <w:r>
        <w:rPr>
          <w:color w:val="94A3B8"/>
        </w:rPr>
        <w:t xml:space="preserve"> ____________________________________________________</w:t>
      </w:r>
    </w:p>
    <w:p>
      <w:pPr>
        <w:spacing w:before="80" w:after="160"/>
      </w:pPr>
      <w:r>
        <w:rPr>
          <w:b/>
          <w:color w:val="3B82F6"/>
        </w:rPr>
        <w:t xml:space="preserve">▪ </w:t>
      </w:r>
      <w:r>
        <w:rPr>
          <w:b/>
          <w:sz w:val="23"/>
        </w:rPr>
        <w:t>Expected Groundbreaking to Key Delivery Timeline (Total Weeks Scheduled)</w:t>
      </w:r>
      <w:r>
        <w:rPr>
          <w:color w:val="94A3B8"/>
        </w:rPr>
        <w:t xml:space="preserve"> ____________________________________________________</w:t>
      </w:r>
    </w:p>
    <w:p>
      <w:pPr>
        <w:spacing w:before="80" w:after="160"/>
      </w:pPr>
      <w:r>
        <w:rPr>
          <w:b/>
          <w:color w:val="3B82F6"/>
        </w:rPr>
        <w:t xml:space="preserve">▪ </w:t>
      </w:r>
      <w:r>
        <w:rPr>
          <w:b/>
          <w:sz w:val="23"/>
        </w:rPr>
        <w:t>Lead Project Design Architect / Construction Engineer Firm Name</w:t>
      </w:r>
      <w:r>
        <w:rPr>
          <w:color w:val="94A3B8"/>
        </w:rPr>
        <w:t xml:space="preserve"> ____________________________________________________</w:t>
      </w:r>
    </w:p>
    <w:p>
      <w:pPr>
        <w:keepNext/>
        <w:spacing w:before="360" w:after="120"/>
      </w:pPr>
      <w:r>
        <w:rPr>
          <w:rFonts w:ascii="Arial" w:hAnsi="Arial"/>
          <w:b/>
          <w:color w:val="3B82F6"/>
          <w:sz w:val="26"/>
        </w:rPr>
        <w:t>4. Institutional Bank Term Loan Add-Ons</w:t>
      </w:r>
    </w:p>
    <w:p>
      <w:pPr>
        <w:spacing w:before="80" w:after="160"/>
      </w:pPr>
      <w:r>
        <w:rPr>
          <w:b/>
          <w:color w:val="3B82F6"/>
        </w:rPr>
        <w:t xml:space="preserve">▪ </w:t>
      </w:r>
      <w:r>
        <w:rPr>
          <w:b/>
          <w:sz w:val="23"/>
        </w:rPr>
        <w:t>Total Requested Facility Financing Amount ($)</w:t>
      </w:r>
      <w:r>
        <w:rPr>
          <w:color w:val="94A3B8"/>
        </w:rPr>
        <w:t xml:space="preserve"> ____________________________________________________</w:t>
      </w:r>
    </w:p>
    <w:p>
      <w:pPr>
        <w:spacing w:before="80" w:after="160"/>
      </w:pPr>
      <w:r>
        <w:rPr>
          <w:b/>
          <w:color w:val="3B82F6"/>
        </w:rPr>
        <w:t xml:space="preserve">▪ </w:t>
      </w:r>
      <w:r>
        <w:rPr>
          <w:b/>
          <w:sz w:val="23"/>
        </w:rPr>
        <w:t>Desired Capital Amortization Term Length (1 Year to 5 Year Matrix)</w:t>
      </w:r>
      <w:r>
        <w:rPr>
          <w:color w:val="94A3B8"/>
        </w:rPr>
        <w:t xml:space="preserve"> ____________________________________________________</w:t>
      </w:r>
    </w:p>
    <w:p>
      <w:pPr>
        <w:spacing w:before="80" w:after="160"/>
      </w:pPr>
      <w:r>
        <w:rPr>
          <w:b/>
          <w:color w:val="3B82F6"/>
        </w:rPr>
        <w:t xml:space="preserve">▪ </w:t>
      </w:r>
      <w:r>
        <w:rPr>
          <w:b/>
          <w:sz w:val="23"/>
        </w:rPr>
        <w:t>Intended Use of Capital Deployment (Expansion / Equipment / Working Cap)</w:t>
      </w:r>
      <w:r>
        <w:rPr>
          <w:color w:val="94A3B8"/>
        </w:rPr>
        <w:t xml:space="preserve"> ____________________________________________________</w:t>
      </w:r>
    </w:p>
    <w:p>
      <w:pPr>
        <w:spacing w:before="80" w:after="160"/>
      </w:pPr>
      <w:r>
        <w:rPr>
          <w:b/>
          <w:color w:val="3B82F6"/>
        </w:rPr>
        <w:t xml:space="preserve">▪ </w:t>
      </w:r>
      <w:r>
        <w:rPr>
          <w:b/>
          <w:sz w:val="23"/>
        </w:rPr>
        <w:t>Total Monthly Operating Business Expenditures ($)</w:t>
      </w:r>
      <w:r>
        <w:rPr>
          <w:color w:val="94A3B8"/>
        </w:rPr>
        <w:t xml:space="preserve"> ____________________________________________________</w:t>
      </w:r>
    </w:p>
    <w:p>
      <w:pPr>
        <w:spacing w:before="80" w:after="160"/>
      </w:pPr>
      <w:r>
        <w:rPr>
          <w:b/>
          <w:color w:val="3B82F6"/>
        </w:rPr>
        <w:t xml:space="preserve">▪ </w:t>
      </w:r>
      <w:r>
        <w:rPr>
          <w:b/>
          <w:sz w:val="23"/>
        </w:rPr>
        <w:t>Real-Time Operating Checking Account Cash Balance ($)</w:t>
      </w:r>
      <w:r>
        <w:rPr>
          <w:color w:val="94A3B8"/>
        </w:rPr>
        <w:t xml:space="preserve"> ____________________________________________________</w:t>
      </w:r>
    </w:p>
    <w:p>
      <w:pPr>
        <w:spacing w:before="80" w:after="160"/>
      </w:pPr>
      <w:r>
        <w:rPr>
          <w:b/>
          <w:color w:val="3B82F6"/>
        </w:rPr>
        <w:t xml:space="preserve">▪ </w:t>
      </w:r>
      <w:r>
        <w:rPr>
          <w:b/>
          <w:sz w:val="23"/>
        </w:rPr>
        <w:t>Total Outstanding Commercial Corporate Debt Stated ($)</w:t>
      </w:r>
      <w:r>
        <w:rPr>
          <w:color w:val="94A3B8"/>
        </w:rPr>
        <w:t xml:space="preserve"> ____________________________________________________</w:t>
      </w:r>
    </w:p>
    <w:p>
      <w:pPr>
        <w:spacing w:before="80" w:after="160"/>
      </w:pPr>
      <w:r>
        <w:rPr>
          <w:b/>
          <w:color w:val="3B82F6"/>
        </w:rPr>
        <w:t xml:space="preserve">▪ </w:t>
      </w:r>
      <w:r>
        <w:rPr>
          <w:b/>
          <w:sz w:val="23"/>
        </w:rPr>
        <w:t>Fixed Monthly Cash Outflow Debt Service Requirements ($)</w:t>
      </w:r>
      <w:r>
        <w:rPr>
          <w:color w:val="94A3B8"/>
        </w:rPr>
        <w:t xml:space="preserve"> ____________________________________________________</w:t>
      </w:r>
    </w:p>
    <w:p>
      <w:pPr>
        <w:spacing w:before="80" w:after="160"/>
      </w:pPr>
      <w:r>
        <w:rPr>
          <w:b/>
          <w:color w:val="3B82F6"/>
        </w:rPr>
        <w:t xml:space="preserve">▪ </w:t>
      </w:r>
      <w:r>
        <w:rPr>
          <w:b/>
          <w:sz w:val="23"/>
        </w:rPr>
        <w:t>Loan Position 1 Details [Lender Identity / Total Balance / Fixed Monthly Pmt]</w:t>
      </w:r>
      <w:r>
        <w:rPr>
          <w:color w:val="94A3B8"/>
        </w:rPr>
        <w:t xml:space="preserve"> ____________________________________________________</w:t>
      </w:r>
    </w:p>
    <w:p>
      <w:pPr>
        <w:spacing w:before="80" w:after="160"/>
      </w:pPr>
      <w:r>
        <w:rPr>
          <w:b/>
          <w:color w:val="3B82F6"/>
        </w:rPr>
        <w:t xml:space="preserve">▪ </w:t>
      </w:r>
      <w:r>
        <w:rPr>
          <w:b/>
          <w:sz w:val="23"/>
        </w:rPr>
        <w:t>Loan Position 2 Details [Lender Identity / Total Balance / Fixed Monthly Pmt]</w:t>
      </w:r>
      <w:r>
        <w:rPr>
          <w:color w:val="94A3B8"/>
        </w:rPr>
        <w:t xml:space="preserve"> ____________________________________________________</w:t>
      </w:r>
    </w:p>
    <w:p>
      <w:pPr>
        <w:spacing w:before="80" w:after="160"/>
      </w:pPr>
      <w:r>
        <w:rPr>
          <w:b/>
          <w:color w:val="3B82F6"/>
        </w:rPr>
        <w:t xml:space="preserve">▪ </w:t>
      </w:r>
      <w:r>
        <w:rPr>
          <w:b/>
          <w:sz w:val="23"/>
        </w:rPr>
        <w:t>Tangible Business Collateral Pledged to Bank? (Yes / No)</w:t>
      </w:r>
      <w:r>
        <w:rPr>
          <w:color w:val="94A3B8"/>
        </w:rPr>
        <w:t xml:space="preserve"> ____________________________________________________</w:t>
      </w:r>
    </w:p>
    <w:p>
      <w:pPr>
        <w:spacing w:before="80" w:after="160"/>
      </w:pPr>
      <w:r>
        <w:rPr>
          <w:b/>
          <w:color w:val="3B82F6"/>
        </w:rPr>
        <w:t xml:space="preserve">▪ </w:t>
      </w:r>
      <w:r>
        <w:rPr>
          <w:b/>
          <w:sz w:val="23"/>
        </w:rPr>
        <w:t>Comprehensive Collateral Descriptions &amp; Value Appraisals</w:t>
      </w:r>
      <w:r>
        <w:rPr>
          <w:color w:val="94A3B8"/>
        </w:rPr>
        <w:t xml:space="preserve"> ____________________________________________________</w:t>
      </w:r>
    </w:p>
    <w:p>
      <w:pPr>
        <w:spacing w:before="80" w:after="160"/>
      </w:pPr>
      <w:r>
        <w:rPr>
          <w:b/>
          <w:color w:val="3B82F6"/>
        </w:rPr>
        <w:t xml:space="preserve">▪ </w:t>
      </w:r>
      <w:r>
        <w:rPr>
          <w:b/>
          <w:sz w:val="23"/>
        </w:rPr>
        <w:t>Alternate External Personal Guarantors Attached to File? (Yes / No)</w:t>
      </w:r>
      <w:r>
        <w:rPr>
          <w:color w:val="94A3B8"/>
        </w:rPr>
        <w:t xml:space="preserve"> ____________________________________________________</w:t>
      </w:r>
    </w:p>
    <w:p>
      <w:pPr>
        <w:spacing w:before="80" w:after="160"/>
      </w:pPr>
      <w:r>
        <w:rPr>
          <w:b/>
          <w:color w:val="3B82F6"/>
        </w:rPr>
        <w:t xml:space="preserve">▪ </w:t>
      </w:r>
      <w:r>
        <w:rPr>
          <w:b/>
          <w:sz w:val="23"/>
        </w:rPr>
        <w:t>Names &amp; Contact Information Profiles of Attached External Guarantors</w:t>
      </w:r>
      <w:r>
        <w:rPr>
          <w:color w:val="94A3B8"/>
        </w:rPr>
        <w:t xml:space="preserve"> ____________________________________________________</w:t>
      </w:r>
    </w:p>
    <w:p>
      <w:pPr>
        <w:keepNext/>
        <w:spacing w:before="360" w:after="120"/>
      </w:pPr>
      <w:r>
        <w:rPr>
          <w:rFonts w:ascii="Arial" w:hAnsi="Arial"/>
          <w:b/>
          <w:color w:val="3B82F6"/>
          <w:sz w:val="26"/>
        </w:rPr>
        <w:t>5. Commercial Equipment Financing Add-Ons</w:t>
      </w:r>
    </w:p>
    <w:p>
      <w:pPr>
        <w:spacing w:before="80" w:after="160"/>
      </w:pPr>
      <w:r>
        <w:rPr>
          <w:b/>
          <w:color w:val="3B82F6"/>
        </w:rPr>
        <w:t xml:space="preserve">▪ </w:t>
      </w:r>
      <w:r>
        <w:rPr>
          <w:b/>
          <w:sz w:val="23"/>
        </w:rPr>
        <w:t>Specific Equipment Class / Machine Function Category</w:t>
      </w:r>
      <w:r>
        <w:rPr>
          <w:color w:val="94A3B8"/>
        </w:rPr>
        <w:t xml:space="preserve"> ____________________________________________________</w:t>
      </w:r>
    </w:p>
    <w:p>
      <w:pPr>
        <w:spacing w:before="80" w:after="160"/>
      </w:pPr>
      <w:r>
        <w:rPr>
          <w:b/>
          <w:color w:val="3B82F6"/>
        </w:rPr>
        <w:t xml:space="preserve">▪ </w:t>
      </w:r>
      <w:r>
        <w:rPr>
          <w:b/>
          <w:sz w:val="23"/>
        </w:rPr>
        <w:t>Exact Equipment Invoice Cost Base ($)</w:t>
      </w:r>
      <w:r>
        <w:rPr>
          <w:color w:val="94A3B8"/>
        </w:rPr>
        <w:t xml:space="preserve"> ____________________________________________________</w:t>
      </w:r>
    </w:p>
    <w:p>
      <w:pPr>
        <w:spacing w:before="80" w:after="160"/>
      </w:pPr>
      <w:r>
        <w:rPr>
          <w:b/>
          <w:color w:val="3B82F6"/>
        </w:rPr>
        <w:t xml:space="preserve">▪ </w:t>
      </w:r>
      <w:r>
        <w:rPr>
          <w:b/>
          <w:sz w:val="23"/>
        </w:rPr>
        <w:t>Machine Manufactured Condition Status (Brand New / Pre-Owned Used)</w:t>
      </w:r>
      <w:r>
        <w:rPr>
          <w:color w:val="94A3B8"/>
        </w:rPr>
        <w:t xml:space="preserve"> ____________________________________________________</w:t>
      </w:r>
    </w:p>
    <w:p>
      <w:pPr>
        <w:spacing w:before="80" w:after="160"/>
      </w:pPr>
      <w:r>
        <w:rPr>
          <w:b/>
          <w:color w:val="3B82F6"/>
        </w:rPr>
        <w:t xml:space="preserve">▪ </w:t>
      </w:r>
      <w:r>
        <w:rPr>
          <w:b/>
          <w:sz w:val="23"/>
        </w:rPr>
        <w:t>If Used: Manufacturing Year / Operating Hours / Mileage Logs</w:t>
      </w:r>
      <w:r>
        <w:rPr>
          <w:color w:val="94A3B8"/>
        </w:rPr>
        <w:t xml:space="preserve"> ____________________________________________________</w:t>
      </w:r>
    </w:p>
    <w:p>
      <w:pPr>
        <w:spacing w:before="80" w:after="160"/>
      </w:pPr>
      <w:r>
        <w:rPr>
          <w:b/>
          <w:color w:val="3B82F6"/>
        </w:rPr>
        <w:t xml:space="preserve">▪ </w:t>
      </w:r>
      <w:r>
        <w:rPr>
          <w:b/>
          <w:sz w:val="23"/>
        </w:rPr>
        <w:t>Original Equipment Manufacturer (OEM) Corporate Identity</w:t>
      </w:r>
      <w:r>
        <w:rPr>
          <w:color w:val="94A3B8"/>
        </w:rPr>
        <w:t xml:space="preserve"> ____________________________________________________</w:t>
      </w:r>
    </w:p>
    <w:p>
      <w:pPr>
        <w:spacing w:before="80" w:after="160"/>
      </w:pPr>
      <w:r>
        <w:rPr>
          <w:b/>
          <w:color w:val="3B82F6"/>
        </w:rPr>
        <w:t xml:space="preserve">▪ </w:t>
      </w:r>
      <w:r>
        <w:rPr>
          <w:b/>
          <w:sz w:val="23"/>
        </w:rPr>
        <w:t>Model Registration Number / VIN Tag Code</w:t>
      </w:r>
      <w:r>
        <w:rPr>
          <w:color w:val="94A3B8"/>
        </w:rPr>
        <w:t xml:space="preserve"> ____________________________________________________</w:t>
      </w:r>
    </w:p>
    <w:p>
      <w:pPr>
        <w:spacing w:before="80" w:after="160"/>
      </w:pPr>
      <w:r>
        <w:rPr>
          <w:b/>
          <w:color w:val="3B82F6"/>
        </w:rPr>
        <w:t xml:space="preserve">▪ </w:t>
      </w:r>
      <w:r>
        <w:rPr>
          <w:b/>
          <w:sz w:val="23"/>
        </w:rPr>
        <w:t>Supplier / Dealership / Vendor Corporate Legal Name</w:t>
      </w:r>
      <w:r>
        <w:rPr>
          <w:color w:val="94A3B8"/>
        </w:rPr>
        <w:t xml:space="preserve"> ____________________________________________________</w:t>
      </w:r>
    </w:p>
    <w:p>
      <w:pPr>
        <w:spacing w:before="80" w:after="160"/>
      </w:pPr>
      <w:r>
        <w:rPr>
          <w:b/>
          <w:color w:val="3B82F6"/>
        </w:rPr>
        <w:t xml:space="preserve">▪ </w:t>
      </w:r>
      <w:r>
        <w:rPr>
          <w:b/>
          <w:sz w:val="23"/>
        </w:rPr>
        <w:t>Primary Account Vendor Contact Person Name &amp; Phone Number</w:t>
      </w:r>
      <w:r>
        <w:rPr>
          <w:color w:val="94A3B8"/>
        </w:rPr>
        <w:t xml:space="preserve"> ____________________________________________________</w:t>
      </w:r>
    </w:p>
    <w:p>
      <w:pPr>
        <w:spacing w:before="80" w:after="160"/>
      </w:pPr>
      <w:r>
        <w:rPr>
          <w:b/>
          <w:color w:val="3B82F6"/>
        </w:rPr>
        <w:t xml:space="preserve">▪ </w:t>
      </w:r>
      <w:r>
        <w:rPr>
          <w:b/>
          <w:sz w:val="23"/>
        </w:rPr>
        <w:t>Delivery / Shipping / On-Site Commissioning Timeline</w:t>
      </w:r>
      <w:r>
        <w:rPr>
          <w:color w:val="94A3B8"/>
        </w:rPr>
        <w:t xml:space="preserve"> ____________________________________________________</w:t>
      </w:r>
    </w:p>
    <w:p>
      <w:pPr>
        <w:spacing w:before="80" w:after="160"/>
      </w:pPr>
      <w:r>
        <w:rPr>
          <w:b/>
          <w:color w:val="3B82F6"/>
        </w:rPr>
        <w:t xml:space="preserve">▪ </w:t>
      </w:r>
      <w:r>
        <w:rPr>
          <w:b/>
          <w:sz w:val="23"/>
        </w:rPr>
        <w:t>Direct Projection on How This Unit Will Drive Net New Revenue ROI</w:t>
      </w:r>
      <w:r>
        <w:rPr>
          <w:color w:val="94A3B8"/>
        </w:rPr>
        <w:t xml:space="preserve"> ____________________________________________________</w:t>
      </w:r>
    </w:p>
    <w:p>
      <w:pPr>
        <w:spacing w:before="80" w:after="160"/>
      </w:pPr>
      <w:r>
        <w:rPr>
          <w:b/>
          <w:color w:val="3B82F6"/>
        </w:rPr>
        <w:t xml:space="preserve">▪ </w:t>
      </w:r>
      <w:r>
        <w:rPr>
          <w:b/>
          <w:sz w:val="23"/>
        </w:rPr>
        <w:t>Expected Mechanical Useful Life Span Asset Term (Years)</w:t>
      </w:r>
      <w:r>
        <w:rPr>
          <w:color w:val="94A3B8"/>
        </w:rPr>
        <w:t xml:space="preserve"> ____________________________________________________</w:t>
      </w:r>
    </w:p>
    <w:p>
      <w:pPr>
        <w:spacing w:before="80" w:after="160"/>
      </w:pPr>
      <w:r>
        <w:rPr>
          <w:b/>
          <w:color w:val="3B82F6"/>
        </w:rPr>
        <w:t xml:space="preserve">▪ </w:t>
      </w:r>
      <w:r>
        <w:rPr>
          <w:b/>
          <w:sz w:val="23"/>
        </w:rPr>
        <w:t>Restrictively Deployed 100% For Commercial Business Use Only? (Yes / No)</w:t>
      </w:r>
      <w:r>
        <w:rPr>
          <w:color w:val="94A3B8"/>
        </w:rPr>
        <w:t xml:space="preserve"> ____________________________________________________</w:t>
      </w:r>
    </w:p>
    <w:p>
      <w:pPr>
        <w:spacing w:before="80" w:after="160"/>
      </w:pPr>
      <w:r>
        <w:rPr>
          <w:b/>
          <w:color w:val="3B82F6"/>
        </w:rPr>
        <w:t xml:space="preserve">▪ </w:t>
      </w:r>
      <w:r>
        <w:rPr>
          <w:b/>
          <w:sz w:val="23"/>
        </w:rPr>
        <w:t>Physical Address Location Where Machine Will Be Anchored</w:t>
      </w:r>
      <w:r>
        <w:rPr>
          <w:color w:val="94A3B8"/>
        </w:rPr>
        <w:t xml:space="preserve"> ____________________________________________________</w:t>
      </w:r>
    </w:p>
    <w:p>
      <w:pPr>
        <w:spacing w:before="80" w:after="160"/>
      </w:pPr>
      <w:r>
        <w:rPr>
          <w:b/>
          <w:color w:val="3B82F6"/>
        </w:rPr>
        <w:t xml:space="preserve">▪ </w:t>
      </w:r>
      <w:r>
        <w:rPr>
          <w:b/>
          <w:sz w:val="23"/>
        </w:rPr>
        <w:t>Upfront Initial Equity Down Payment Allocated to Deal ($)</w:t>
      </w:r>
      <w:r>
        <w:rPr>
          <w:color w:val="94A3B8"/>
        </w:rPr>
        <w:t xml:space="preserve"> ____________________________________________________</w:t>
      </w:r>
    </w:p>
    <w:p>
      <w:pPr>
        <w:spacing w:before="80" w:after="160"/>
      </w:pPr>
      <w:r>
        <w:rPr>
          <w:b/>
          <w:color w:val="3B82F6"/>
        </w:rPr>
        <w:t xml:space="preserve">▪ </w:t>
      </w:r>
      <w:r>
        <w:rPr>
          <w:b/>
          <w:sz w:val="23"/>
        </w:rPr>
        <w:t>Desired Lease/Financing Amortization Schedule Length (Months)</w:t>
      </w:r>
      <w:r>
        <w:rPr>
          <w:color w:val="94A3B8"/>
        </w:rPr>
        <w:t xml:space="preserve"> ____________________________________________________</w:t>
      </w:r>
    </w:p>
    <w:p>
      <w:pPr>
        <w:spacing w:before="80" w:after="160"/>
      </w:pPr>
      <w:r>
        <w:rPr>
          <w:b/>
          <w:color w:val="3B82F6"/>
        </w:rPr>
        <w:t xml:space="preserve">▪ </w:t>
      </w:r>
      <w:r>
        <w:rPr>
          <w:b/>
          <w:sz w:val="23"/>
        </w:rPr>
        <w:t>Preferred Transaction Setup ($1 Buyout Structure / Fair Market Value Lease)</w:t>
      </w:r>
      <w:r>
        <w:rPr>
          <w:color w:val="94A3B8"/>
        </w:rPr>
        <w:t xml:space="preserve"> ____________________________________________________</w:t>
      </w:r>
    </w:p>
    <w:p>
      <w:pPr>
        <w:spacing w:before="80" w:after="160"/>
      </w:pPr>
      <w:r>
        <w:rPr>
          <w:b/>
          <w:color w:val="3B82F6"/>
        </w:rPr>
        <w:t xml:space="preserve">▪ </w:t>
      </w:r>
      <w:r>
        <w:rPr>
          <w:b/>
          <w:sz w:val="23"/>
        </w:rPr>
        <w:t>Physical Machine Asset Comprehensively Insured? (Yes / No)</w:t>
      </w:r>
      <w:r>
        <w:rPr>
          <w:color w:val="94A3B8"/>
        </w:rPr>
        <w:t xml:space="preserve"> ____________________________________________________</w:t>
      </w:r>
    </w:p>
    <w:p>
      <w:pPr>
        <w:spacing w:before="80" w:after="160"/>
      </w:pPr>
      <w:r>
        <w:rPr>
          <w:b/>
          <w:color w:val="3B82F6"/>
        </w:rPr>
        <w:t xml:space="preserve">▪ </w:t>
      </w:r>
      <w:r>
        <w:rPr>
          <w:b/>
          <w:sz w:val="23"/>
        </w:rPr>
        <w:t>Insurance Provider Identity / Policy Code / Maximum Coverage Limit</w:t>
      </w:r>
      <w:r>
        <w:rPr>
          <w:color w:val="94A3B8"/>
        </w:rPr>
        <w:t xml:space="preserve"> ____________________________________________________</w:t>
      </w:r>
    </w:p>
    <w:p>
      <w:pPr>
        <w:spacing w:before="80" w:after="160"/>
      </w:pPr>
      <w:r>
        <w:rPr>
          <w:b/>
          <w:color w:val="3B82F6"/>
        </w:rPr>
        <w:t xml:space="preserve">▪ </w:t>
      </w:r>
      <w:r>
        <w:rPr>
          <w:b/>
          <w:sz w:val="23"/>
        </w:rPr>
        <w:t>Multi-Unit Allocation Order? (Yes / No)</w:t>
      </w:r>
      <w:r>
        <w:rPr>
          <w:color w:val="94A3B8"/>
        </w:rPr>
        <w:t xml:space="preserve"> ____________________________________________________</w:t>
      </w:r>
    </w:p>
    <w:p>
      <w:pPr>
        <w:spacing w:before="80" w:after="160"/>
      </w:pPr>
      <w:r>
        <w:rPr>
          <w:b/>
          <w:color w:val="3B82F6"/>
        </w:rPr>
        <w:t xml:space="preserve">▪ </w:t>
      </w:r>
      <w:r>
        <w:rPr>
          <w:b/>
          <w:sz w:val="23"/>
        </w:rPr>
        <w:t>Itemized Equipment List Details &amp; Unit Invoice Cost Breakdown</w:t>
      </w:r>
      <w:r>
        <w:rPr>
          <w:color w:val="94A3B8"/>
        </w:rPr>
        <w:t xml:space="preserve"> ____________________________________________________</w:t>
      </w:r>
    </w:p>
    <w:p>
      <w:pPr>
        <w:spacing w:before="80" w:after="160"/>
      </w:pPr>
      <w:r>
        <w:rPr>
          <w:b/>
          <w:color w:val="3B82F6"/>
        </w:rPr>
        <w:t xml:space="preserve">▪ </w:t>
      </w:r>
      <w:r>
        <w:rPr>
          <w:b/>
          <w:sz w:val="23"/>
        </w:rPr>
        <w:t>Complex Turnkey Rigging/Installation Service Required? (Yes / No)</w:t>
      </w:r>
      <w:r>
        <w:rPr>
          <w:color w:val="94A3B8"/>
        </w:rPr>
        <w:t xml:space="preserve"> ____________________________________________________</w:t>
      </w:r>
    </w:p>
    <w:p>
      <w:pPr>
        <w:spacing w:before="80" w:after="160"/>
      </w:pPr>
      <w:r>
        <w:rPr>
          <w:b/>
          <w:color w:val="3B82F6"/>
        </w:rPr>
        <w:t xml:space="preserve">▪ </w:t>
      </w:r>
      <w:r>
        <w:rPr>
          <w:b/>
          <w:sz w:val="23"/>
        </w:rPr>
        <w:t>Complete Turnkey Technical Installation Cost Quote ($)</w:t>
      </w:r>
      <w:r>
        <w:rPr>
          <w:color w:val="94A3B8"/>
        </w:rPr>
        <w:t xml:space="preserve"> ____________________________________________________</w:t>
      </w:r>
    </w:p>
    <w:p>
      <w:pPr>
        <w:spacing w:before="80" w:after="160"/>
      </w:pPr>
      <w:r>
        <w:rPr>
          <w:b/>
          <w:color w:val="3B82F6"/>
        </w:rPr>
        <w:t xml:space="preserve">▪ </w:t>
      </w:r>
      <w:r>
        <w:rPr>
          <w:b/>
          <w:sz w:val="23"/>
        </w:rPr>
        <w:t>Certified Mechanical Sub-Contractor Firm Handling On-Site Rigging</w:t>
      </w:r>
      <w:r>
        <w:rPr>
          <w:color w:val="94A3B8"/>
        </w:rPr>
        <w:t xml:space="preserve"> ____________________________________________________</w:t>
      </w:r>
    </w:p>
    <w:p>
      <w:pPr>
        <w:spacing w:before="80" w:after="160"/>
      </w:pPr>
      <w:r>
        <w:rPr>
          <w:b/>
          <w:color w:val="3B82F6"/>
        </w:rPr>
        <w:t xml:space="preserve">▪ </w:t>
      </w:r>
      <w:r>
        <w:rPr>
          <w:b/>
          <w:sz w:val="23"/>
        </w:rPr>
        <w:t>Equipment Parts &amp; Labor Protection Warranty Active? (Yes / No)</w:t>
      </w:r>
      <w:r>
        <w:rPr>
          <w:color w:val="94A3B8"/>
        </w:rPr>
        <w:t xml:space="preserve"> ____________________________________________________</w:t>
      </w:r>
    </w:p>
    <w:p>
      <w:pPr>
        <w:spacing w:before="80" w:after="160"/>
      </w:pPr>
      <w:r>
        <w:rPr>
          <w:b/>
          <w:color w:val="3B82F6"/>
        </w:rPr>
        <w:t xml:space="preserve">▪ </w:t>
      </w:r>
      <w:r>
        <w:rPr>
          <w:b/>
          <w:sz w:val="23"/>
        </w:rPr>
        <w:t>Warranty Structural Coverage Boundaries &amp; Expiration Length Details</w:t>
      </w:r>
      <w:r>
        <w:rPr>
          <w:color w:val="94A3B8"/>
        </w:rPr>
        <w:t xml:space="preserve"> ____________________________________________________</w:t>
      </w:r>
    </w:p>
    <w:p>
      <w:pPr>
        <w:keepNext/>
        <w:spacing w:before="360" w:after="120"/>
      </w:pPr>
      <w:r>
        <w:rPr>
          <w:rFonts w:ascii="Arial" w:hAnsi="Arial"/>
          <w:b/>
          <w:color w:val="3B82F6"/>
          <w:sz w:val="26"/>
        </w:rPr>
        <w:t>6. Commercial Business Line of Credit (LOC) Add-Ons</w:t>
      </w:r>
    </w:p>
    <w:p>
      <w:pPr>
        <w:spacing w:before="80" w:after="160"/>
      </w:pPr>
      <w:r>
        <w:rPr>
          <w:b/>
          <w:color w:val="3B82F6"/>
        </w:rPr>
        <w:t xml:space="preserve">▪ </w:t>
      </w:r>
      <w:r>
        <w:rPr>
          <w:b/>
          <w:sz w:val="23"/>
        </w:rPr>
        <w:t>Total Line Facility Maximum Capacity Requested ($)</w:t>
      </w:r>
      <w:r>
        <w:rPr>
          <w:color w:val="94A3B8"/>
        </w:rPr>
        <w:t xml:space="preserve"> ____________________________________________________</w:t>
      </w:r>
    </w:p>
    <w:p>
      <w:pPr>
        <w:spacing w:before="80" w:after="160"/>
      </w:pPr>
      <w:r>
        <w:rPr>
          <w:b/>
          <w:color w:val="3B82F6"/>
        </w:rPr>
        <w:t xml:space="preserve">▪ </w:t>
      </w:r>
      <w:r>
        <w:rPr>
          <w:b/>
          <w:sz w:val="23"/>
        </w:rPr>
        <w:t>Core Line Draw Operations Purpose Target</w:t>
      </w:r>
      <w:r>
        <w:rPr>
          <w:color w:val="94A3B8"/>
        </w:rPr>
        <w:t xml:space="preserve"> ____________________________________________________</w:t>
      </w:r>
    </w:p>
    <w:p>
      <w:pPr>
        <w:spacing w:before="80" w:after="160"/>
      </w:pPr>
      <w:r>
        <w:rPr>
          <w:b/>
          <w:color w:val="3B82F6"/>
        </w:rPr>
        <w:t xml:space="preserve">▪ </w:t>
      </w:r>
      <w:r>
        <w:rPr>
          <w:b/>
          <w:sz w:val="23"/>
        </w:rPr>
        <w:t>Average True Monthly Corporate Overhead Outflows ($)</w:t>
      </w:r>
      <w:r>
        <w:rPr>
          <w:color w:val="94A3B8"/>
        </w:rPr>
        <w:t xml:space="preserve"> ____________________________________________________</w:t>
      </w:r>
    </w:p>
    <w:p>
      <w:pPr>
        <w:spacing w:before="80" w:after="160"/>
      </w:pPr>
      <w:r>
        <w:rPr>
          <w:b/>
          <w:color w:val="3B82F6"/>
        </w:rPr>
        <w:t xml:space="preserve">▪ </w:t>
      </w:r>
      <w:r>
        <w:rPr>
          <w:b/>
          <w:sz w:val="23"/>
        </w:rPr>
        <w:t>Severe Seasonality Swings Triggered in Business Inflow Cycles? (Yes / No)</w:t>
      </w:r>
      <w:r>
        <w:rPr>
          <w:color w:val="94A3B8"/>
        </w:rPr>
        <w:t xml:space="preserve"> ____________________________________________________</w:t>
      </w:r>
    </w:p>
    <w:p>
      <w:pPr>
        <w:spacing w:before="80" w:after="160"/>
      </w:pPr>
      <w:r>
        <w:rPr>
          <w:b/>
          <w:color w:val="3B82F6"/>
        </w:rPr>
        <w:t xml:space="preserve">▪ </w:t>
      </w:r>
      <w:r>
        <w:rPr>
          <w:b/>
          <w:sz w:val="23"/>
        </w:rPr>
        <w:t>Description of Cash Flow Cycle Drops &amp; Peak Operating Months</w:t>
      </w:r>
      <w:r>
        <w:rPr>
          <w:color w:val="94A3B8"/>
        </w:rPr>
        <w:t xml:space="preserve"> ____________________________________________________</w:t>
      </w:r>
    </w:p>
    <w:p>
      <w:pPr>
        <w:spacing w:before="80" w:after="160"/>
      </w:pPr>
      <w:r>
        <w:rPr>
          <w:b/>
          <w:color w:val="3B82F6"/>
        </w:rPr>
        <w:t xml:space="preserve">▪ </w:t>
      </w:r>
      <w:r>
        <w:rPr>
          <w:b/>
          <w:sz w:val="23"/>
        </w:rPr>
        <w:t>Fixed Base Contractual Recurring Revenue Managed? (Yes / No)</w:t>
      </w:r>
      <w:r>
        <w:rPr>
          <w:color w:val="94A3B8"/>
        </w:rPr>
        <w:t xml:space="preserve"> ____________________________________________________</w:t>
      </w:r>
    </w:p>
    <w:p>
      <w:pPr>
        <w:spacing w:before="80" w:after="160"/>
      </w:pPr>
      <w:r>
        <w:rPr>
          <w:b/>
          <w:color w:val="3B82F6"/>
        </w:rPr>
        <w:t xml:space="preserve">▪ </w:t>
      </w:r>
      <w:r>
        <w:rPr>
          <w:b/>
          <w:sz w:val="23"/>
        </w:rPr>
        <w:t>Percentage of Fixed Recurring Base vs General Spot Sales (%)</w:t>
      </w:r>
      <w:r>
        <w:rPr>
          <w:color w:val="94A3B8"/>
        </w:rPr>
        <w:t xml:space="preserve"> ____________________________________________________</w:t>
      </w:r>
    </w:p>
    <w:p>
      <w:pPr>
        <w:spacing w:before="80" w:after="160"/>
      </w:pPr>
      <w:r>
        <w:rPr>
          <w:b/>
          <w:color w:val="3B82F6"/>
        </w:rPr>
        <w:t xml:space="preserve">▪ </w:t>
      </w:r>
      <w:r>
        <w:rPr>
          <w:b/>
          <w:sz w:val="23"/>
        </w:rPr>
        <w:t>Total Outstanding Accounts Receivable (A/R Aging Ledger Volume) ($)</w:t>
      </w:r>
      <w:r>
        <w:rPr>
          <w:color w:val="94A3B8"/>
        </w:rPr>
        <w:t xml:space="preserve"> ____________________________________________________</w:t>
      </w:r>
    </w:p>
    <w:p>
      <w:pPr>
        <w:spacing w:before="80" w:after="160"/>
      </w:pPr>
      <w:r>
        <w:rPr>
          <w:b/>
          <w:color w:val="3B82F6"/>
        </w:rPr>
        <w:t xml:space="preserve">▪ </w:t>
      </w:r>
      <w:r>
        <w:rPr>
          <w:b/>
          <w:sz w:val="23"/>
        </w:rPr>
        <w:t>Mean Days Tracking Invoicing to Check Clearing Collection (A/R Days)</w:t>
      </w:r>
      <w:r>
        <w:rPr>
          <w:color w:val="94A3B8"/>
        </w:rPr>
        <w:t xml:space="preserve"> ____________________________________________________</w:t>
      </w:r>
    </w:p>
    <w:p>
      <w:pPr>
        <w:spacing w:before="80" w:after="160"/>
      </w:pPr>
      <w:r>
        <w:rPr>
          <w:b/>
          <w:color w:val="3B82F6"/>
        </w:rPr>
        <w:t xml:space="preserve">▪ </w:t>
      </w:r>
      <w:r>
        <w:rPr>
          <w:b/>
          <w:sz w:val="23"/>
        </w:rPr>
        <w:t>Delinquent Open Invoices Aging Past 90 Days past Due Threshold? (Yes / No)</w:t>
      </w:r>
      <w:r>
        <w:rPr>
          <w:color w:val="94A3B8"/>
        </w:rPr>
        <w:t xml:space="preserve"> ____________________________________________________</w:t>
      </w:r>
    </w:p>
    <w:p>
      <w:pPr>
        <w:spacing w:before="80" w:after="160"/>
      </w:pPr>
      <w:r>
        <w:rPr>
          <w:b/>
          <w:color w:val="3B82F6"/>
        </w:rPr>
        <w:t xml:space="preserve">▪ </w:t>
      </w:r>
      <w:r>
        <w:rPr>
          <w:b/>
          <w:sz w:val="23"/>
        </w:rPr>
        <w:t>Total Dollar Balance Stuck in Delinquent 90+ Day Aging ($)</w:t>
      </w:r>
      <w:r>
        <w:rPr>
          <w:color w:val="94A3B8"/>
        </w:rPr>
        <w:t xml:space="preserve"> ____________________________________________________</w:t>
      </w:r>
    </w:p>
    <w:p>
      <w:pPr>
        <w:spacing w:before="80" w:after="160"/>
      </w:pPr>
      <w:r>
        <w:rPr>
          <w:b/>
          <w:color w:val="3B82F6"/>
        </w:rPr>
        <w:t xml:space="preserve">▪ </w:t>
      </w:r>
      <w:r>
        <w:rPr>
          <w:b/>
          <w:sz w:val="23"/>
        </w:rPr>
        <w:t>Filer Debtor Concentration 1 [Customer Corporate Name &amp; Portfolio Vol %]</w:t>
      </w:r>
      <w:r>
        <w:rPr>
          <w:color w:val="94A3B8"/>
        </w:rPr>
        <w:t xml:space="preserve"> ____________________________________________________</w:t>
      </w:r>
    </w:p>
    <w:p>
      <w:pPr>
        <w:spacing w:before="80" w:after="160"/>
      </w:pPr>
      <w:r>
        <w:rPr>
          <w:b/>
          <w:color w:val="3B82F6"/>
        </w:rPr>
        <w:t xml:space="preserve">▪ </w:t>
      </w:r>
      <w:r>
        <w:rPr>
          <w:b/>
          <w:sz w:val="23"/>
        </w:rPr>
        <w:t>Filer Debtor Concentration 2 [Customer Corporate Name &amp; Portfolio Vol %]</w:t>
      </w:r>
      <w:r>
        <w:rPr>
          <w:color w:val="94A3B8"/>
        </w:rPr>
        <w:t xml:space="preserve"> ____________________________________________________</w:t>
      </w:r>
    </w:p>
    <w:p>
      <w:pPr>
        <w:spacing w:before="80" w:after="160"/>
      </w:pPr>
      <w:r>
        <w:rPr>
          <w:b/>
          <w:color w:val="3B82F6"/>
        </w:rPr>
        <w:t xml:space="preserve">▪ </w:t>
      </w:r>
      <w:r>
        <w:rPr>
          <w:b/>
          <w:sz w:val="23"/>
        </w:rPr>
        <w:t>Filer Debtor Concentration 3 [Customer Corporate Name &amp; Portfolio Vol %]</w:t>
      </w:r>
      <w:r>
        <w:rPr>
          <w:color w:val="94A3B8"/>
        </w:rPr>
        <w:t xml:space="preserve"> ____________________________________________________</w:t>
      </w:r>
    </w:p>
    <w:p>
      <w:pPr>
        <w:spacing w:before="80" w:after="160"/>
      </w:pPr>
      <w:r>
        <w:rPr>
          <w:b/>
          <w:color w:val="3B82F6"/>
        </w:rPr>
        <w:t xml:space="preserve">▪ </w:t>
      </w:r>
      <w:r>
        <w:rPr>
          <w:b/>
          <w:sz w:val="23"/>
        </w:rPr>
        <w:t>Total Stated Accounts Payable (A/P Open Ledger Volume) ($)</w:t>
      </w:r>
      <w:r>
        <w:rPr>
          <w:color w:val="94A3B8"/>
        </w:rPr>
        <w:t xml:space="preserve"> ____________________________________________________</w:t>
      </w:r>
    </w:p>
    <w:p>
      <w:pPr>
        <w:spacing w:before="80" w:after="160"/>
      </w:pPr>
      <w:r>
        <w:rPr>
          <w:b/>
          <w:color w:val="3B82F6"/>
        </w:rPr>
        <w:t xml:space="preserve">▪ </w:t>
      </w:r>
      <w:r>
        <w:rPr>
          <w:b/>
          <w:sz w:val="23"/>
        </w:rPr>
        <w:t>Mean Payment Days Target Maintained on Outbound Vendor AP Lines</w:t>
      </w:r>
      <w:r>
        <w:rPr>
          <w:color w:val="94A3B8"/>
        </w:rPr>
        <w:t xml:space="preserve"> ____________________________________________________</w:t>
      </w:r>
    </w:p>
    <w:p>
      <w:pPr>
        <w:spacing w:before="80" w:after="160"/>
      </w:pPr>
      <w:r>
        <w:rPr>
          <w:b/>
          <w:color w:val="3B82F6"/>
        </w:rPr>
        <w:t xml:space="preserve">▪ </w:t>
      </w:r>
      <w:r>
        <w:rPr>
          <w:b/>
          <w:sz w:val="23"/>
        </w:rPr>
        <w:t>Capture Early Pay Settlement Window Vendor Discounts? (Yes / No)</w:t>
      </w:r>
      <w:r>
        <w:rPr>
          <w:color w:val="94A3B8"/>
        </w:rPr>
        <w:t xml:space="preserve"> ____________________________________________________</w:t>
      </w:r>
    </w:p>
    <w:p>
      <w:pPr>
        <w:spacing w:before="80" w:after="160"/>
      </w:pPr>
      <w:r>
        <w:rPr>
          <w:b/>
          <w:color w:val="3B82F6"/>
        </w:rPr>
        <w:t xml:space="preserve">▪ </w:t>
      </w:r>
      <w:r>
        <w:rPr>
          <w:b/>
          <w:sz w:val="23"/>
        </w:rPr>
        <w:t>Track Retention Duration With Current Lead Bank (Total Continuous Years)</w:t>
      </w:r>
      <w:r>
        <w:rPr>
          <w:color w:val="94A3B8"/>
        </w:rPr>
        <w:t xml:space="preserve"> ____________________________________________________</w:t>
      </w:r>
    </w:p>
    <w:p>
      <w:pPr>
        <w:spacing w:before="80" w:after="160"/>
      </w:pPr>
      <w:r>
        <w:rPr>
          <w:b/>
          <w:color w:val="3B82F6"/>
        </w:rPr>
        <w:t xml:space="preserve">▪ </w:t>
      </w:r>
      <w:r>
        <w:rPr>
          <w:b/>
          <w:sz w:val="23"/>
        </w:rPr>
        <w:t>NSF/Overdraft Penalties Suffered Over Last 12 Months Ledger? (Yes / No)</w:t>
      </w:r>
      <w:r>
        <w:rPr>
          <w:color w:val="94A3B8"/>
        </w:rPr>
        <w:t xml:space="preserve"> ____________________________________________________</w:t>
      </w:r>
    </w:p>
    <w:p>
      <w:pPr>
        <w:spacing w:before="80" w:after="160"/>
      </w:pPr>
      <w:r>
        <w:rPr>
          <w:b/>
          <w:color w:val="3B82F6"/>
        </w:rPr>
        <w:t xml:space="preserve">▪ </w:t>
      </w:r>
      <w:r>
        <w:rPr>
          <w:b/>
          <w:sz w:val="23"/>
        </w:rPr>
        <w:t>Exact Number of Overdraft Instances Registered on Bank Records Last 12mo</w:t>
      </w:r>
      <w:r>
        <w:rPr>
          <w:color w:val="94A3B8"/>
        </w:rPr>
        <w:t xml:space="preserve"> ____________________________________________________</w:t>
      </w:r>
    </w:p>
    <w:p>
      <w:pPr>
        <w:spacing w:before="80" w:after="160"/>
      </w:pPr>
      <w:r>
        <w:rPr>
          <w:b/>
          <w:color w:val="3B82F6"/>
        </w:rPr>
        <w:t xml:space="preserve">▪ </w:t>
      </w:r>
      <w:r>
        <w:rPr>
          <w:b/>
          <w:sz w:val="23"/>
        </w:rPr>
        <w:t>Standby Corporate Credit Facilities Open Elsewhere? (Yes / No / List Details)</w:t>
      </w:r>
      <w:r>
        <w:rPr>
          <w:color w:val="94A3B8"/>
        </w:rPr>
        <w:t xml:space="preserve"> ____________________________________________________</w:t>
      </w:r>
    </w:p>
    <w:p>
      <w:pPr>
        <w:keepNext/>
        <w:spacing w:before="360" w:after="120"/>
      </w:pPr>
      <w:r>
        <w:rPr>
          <w:rFonts w:ascii="Arial" w:hAnsi="Arial"/>
          <w:b/>
          <w:color w:val="3B82F6"/>
          <w:sz w:val="26"/>
        </w:rPr>
        <w:t>7. Working Capital Advance Add-Ons (Revenue Intensive Asset)</w:t>
      </w:r>
    </w:p>
    <w:p>
      <w:pPr>
        <w:spacing w:before="80" w:after="160"/>
      </w:pPr>
      <w:r>
        <w:rPr>
          <w:b/>
          <w:color w:val="3B82F6"/>
        </w:rPr>
        <w:t xml:space="preserve">▪ </w:t>
      </w:r>
      <w:r>
        <w:rPr>
          <w:b/>
          <w:sz w:val="23"/>
        </w:rPr>
        <w:t>Total Projected Merchant Capital Funding Requested ($)</w:t>
      </w:r>
      <w:r>
        <w:rPr>
          <w:color w:val="94A3B8"/>
        </w:rPr>
        <w:t xml:space="preserve"> ____________________________________________________</w:t>
      </w:r>
    </w:p>
    <w:p>
      <w:pPr>
        <w:spacing w:before="80" w:after="160"/>
      </w:pPr>
      <w:r>
        <w:rPr>
          <w:b/>
          <w:color w:val="3B82F6"/>
        </w:rPr>
        <w:t xml:space="preserve">▪ </w:t>
      </w:r>
      <w:r>
        <w:rPr>
          <w:b/>
          <w:sz w:val="23"/>
        </w:rPr>
        <w:t>Intended Short-Term Tactical Cash Deployment Purpose</w:t>
      </w:r>
      <w:r>
        <w:rPr>
          <w:color w:val="94A3B8"/>
        </w:rPr>
        <w:t xml:space="preserve"> ____________________________________________________</w:t>
      </w:r>
    </w:p>
    <w:p>
      <w:pPr>
        <w:spacing w:before="80" w:after="160"/>
      </w:pPr>
      <w:r>
        <w:rPr>
          <w:b/>
          <w:color w:val="3B82F6"/>
        </w:rPr>
        <w:t xml:space="preserve">▪ </w:t>
      </w:r>
      <w:r>
        <w:rPr>
          <w:b/>
          <w:sz w:val="23"/>
        </w:rPr>
        <w:t>Willing to Accept Automated Clearing House (ACH) Daily/Weekly Remittances? (Yes / No)</w:t>
      </w:r>
      <w:r>
        <w:rPr>
          <w:color w:val="94A3B8"/>
        </w:rPr>
        <w:t xml:space="preserve"> ____________________________________________________</w:t>
      </w:r>
    </w:p>
    <w:p>
      <w:pPr>
        <w:spacing w:before="80" w:after="160"/>
      </w:pPr>
      <w:r>
        <w:rPr>
          <w:b/>
          <w:color w:val="3B82F6"/>
        </w:rPr>
        <w:t xml:space="preserve">▪ </w:t>
      </w:r>
      <w:r>
        <w:rPr>
          <w:b/>
          <w:sz w:val="23"/>
        </w:rPr>
        <w:t>Total Gross Merchant Credit Card Processing Volume (Monthly Mean) ($)</w:t>
      </w:r>
      <w:r>
        <w:rPr>
          <w:color w:val="94A3B8"/>
        </w:rPr>
        <w:t xml:space="preserve"> ____________________________________________________</w:t>
      </w:r>
    </w:p>
    <w:p>
      <w:pPr>
        <w:spacing w:before="80" w:after="160"/>
      </w:pPr>
      <w:r>
        <w:rPr>
          <w:b/>
          <w:color w:val="3B82F6"/>
        </w:rPr>
        <w:t xml:space="preserve">▪ </w:t>
      </w:r>
      <w:r>
        <w:rPr>
          <w:b/>
          <w:sz w:val="23"/>
        </w:rPr>
        <w:t>Direct Electronic Card Processing Terminal Provider / Merchant Bank Name</w:t>
      </w:r>
      <w:r>
        <w:rPr>
          <w:color w:val="94A3B8"/>
        </w:rPr>
        <w:t xml:space="preserve"> ____________________________________________________</w:t>
      </w:r>
    </w:p>
    <w:p>
      <w:pPr>
        <w:spacing w:before="80" w:after="160"/>
      </w:pPr>
      <w:r>
        <w:rPr>
          <w:b/>
          <w:color w:val="3B82F6"/>
        </w:rPr>
        <w:t xml:space="preserve">▪ </w:t>
      </w:r>
      <w:r>
        <w:rPr>
          <w:b/>
          <w:sz w:val="23"/>
        </w:rPr>
        <w:t>Severe Revenue Variances Tied to Seasonal External Shifts? (Yes / No)</w:t>
      </w:r>
      <w:r>
        <w:rPr>
          <w:color w:val="94A3B8"/>
        </w:rPr>
        <w:t xml:space="preserve"> ____________________________________________________</w:t>
      </w:r>
    </w:p>
    <w:p>
      <w:pPr>
        <w:spacing w:before="80" w:after="160"/>
      </w:pPr>
      <w:r>
        <w:rPr>
          <w:b/>
          <w:color w:val="3B82F6"/>
        </w:rPr>
        <w:t xml:space="preserve">▪ </w:t>
      </w:r>
      <w:r>
        <w:rPr>
          <w:b/>
          <w:sz w:val="23"/>
        </w:rPr>
        <w:t>Specific High-Volume Months vs Dangerously Low-Volume Inflow Gaps</w:t>
      </w:r>
      <w:r>
        <w:rPr>
          <w:color w:val="94A3B8"/>
        </w:rPr>
        <w:t xml:space="preserve"> ____________________________________________________</w:t>
      </w:r>
    </w:p>
    <w:p>
      <w:pPr>
        <w:spacing w:before="80" w:after="160"/>
      </w:pPr>
      <w:r>
        <w:rPr>
          <w:b/>
          <w:color w:val="3B82F6"/>
        </w:rPr>
        <w:t xml:space="preserve">▪ </w:t>
      </w:r>
      <w:r>
        <w:rPr>
          <w:b/>
          <w:sz w:val="23"/>
        </w:rPr>
        <w:t>Active Legal Confessions of Judgment or Open Default Filings? (Yes / No)</w:t>
      </w:r>
      <w:r>
        <w:rPr>
          <w:color w:val="94A3B8"/>
        </w:rPr>
        <w:t xml:space="preserve"> ____________________________________________________</w:t>
      </w:r>
    </w:p>
    <w:p>
      <w:pPr>
        <w:spacing w:before="80" w:after="160"/>
      </w:pPr>
      <w:r>
        <w:rPr>
          <w:b/>
          <w:color w:val="3B82F6"/>
        </w:rPr>
        <w:t xml:space="preserve">▪ </w:t>
      </w:r>
      <w:r>
        <w:rPr>
          <w:b/>
          <w:sz w:val="23"/>
        </w:rPr>
        <w:t>Detailed Filer Explanation Regarding Past Judgments/Commercial Default</w:t>
      </w:r>
      <w:r>
        <w:rPr>
          <w:color w:val="94A3B8"/>
        </w:rPr>
        <w:t xml:space="preserve"> ____________________________________________________</w:t>
      </w:r>
    </w:p>
    <w:p>
      <w:pPr>
        <w:spacing w:before="80" w:after="160"/>
      </w:pPr>
      <w:r>
        <w:rPr>
          <w:b/>
          <w:color w:val="3B82F6"/>
        </w:rPr>
        <w:t xml:space="preserve">▪ </w:t>
      </w:r>
      <w:r>
        <w:rPr>
          <w:b/>
          <w:sz w:val="23"/>
        </w:rPr>
        <w:t>Commercial Property Landlord Entity / Building Mortgage Holder Name</w:t>
      </w:r>
      <w:r>
        <w:rPr>
          <w:color w:val="94A3B8"/>
        </w:rPr>
        <w:t xml:space="preserve"> ____________________________________________________</w:t>
      </w:r>
    </w:p>
    <w:p>
      <w:pPr>
        <w:spacing w:before="80" w:after="160"/>
      </w:pPr>
      <w:r>
        <w:rPr>
          <w:b/>
          <w:color w:val="3B82F6"/>
        </w:rPr>
        <w:t xml:space="preserve">▪ </w:t>
      </w:r>
      <w:r>
        <w:rPr>
          <w:b/>
          <w:sz w:val="23"/>
        </w:rPr>
        <w:t>Landlord Direct Telephone Contact Connectivity Line Number</w:t>
      </w:r>
      <w:r>
        <w:rPr>
          <w:color w:val="94A3B8"/>
        </w:rPr>
        <w:t xml:space="preserve"> ____________________________________________________</w:t>
      </w:r>
    </w:p>
    <w:p>
      <w:pPr>
        <w:spacing w:before="80" w:after="160"/>
      </w:pPr>
      <w:r>
        <w:rPr>
          <w:b/>
          <w:color w:val="3B82F6"/>
        </w:rPr>
        <w:t xml:space="preserve">▪ </w:t>
      </w:r>
      <w:r>
        <w:rPr>
          <w:b/>
          <w:sz w:val="23"/>
        </w:rPr>
        <w:t>Fixed Monthly Commercial Lease Rental Space Payment Amount ($)</w:t>
      </w:r>
      <w:r>
        <w:rPr>
          <w:color w:val="94A3B8"/>
        </w:rPr>
        <w:t xml:space="preserve"> ____________________________________________________</w:t>
      </w:r>
    </w:p>
    <w:p>
      <w:pPr>
        <w:spacing w:before="80" w:after="160"/>
      </w:pPr>
      <w:r>
        <w:rPr>
          <w:b/>
          <w:color w:val="3B82F6"/>
        </w:rPr>
        <w:t xml:space="preserve">▪ </w:t>
      </w:r>
      <w:r>
        <w:rPr>
          <w:b/>
          <w:sz w:val="23"/>
        </w:rPr>
        <w:t>Formal Lease Contract Expiration Date</w:t>
      </w:r>
      <w:r>
        <w:rPr>
          <w:color w:val="94A3B8"/>
        </w:rPr>
        <w:t xml:space="preserve"> ____________________________________________________</w:t>
      </w:r>
    </w:p>
    <w:p>
      <w:pPr>
        <w:spacing w:before="80" w:after="160"/>
      </w:pPr>
      <w:r>
        <w:rPr>
          <w:b/>
          <w:color w:val="3B82F6"/>
        </w:rPr>
        <w:t xml:space="preserve">▪ </w:t>
      </w:r>
      <w:r>
        <w:rPr>
          <w:b/>
          <w:sz w:val="23"/>
        </w:rPr>
        <w:t>Currently Past Due or Behind on Commercial Space Rental Obligations? (Yes / No)</w:t>
      </w:r>
      <w:r>
        <w:rPr>
          <w:color w:val="94A3B8"/>
        </w:rPr>
        <w:t xml:space="preserve"> ____________________________________________________</w:t>
      </w:r>
    </w:p>
    <w:p>
      <w:pPr>
        <w:spacing w:before="80" w:after="160"/>
      </w:pPr>
      <w:r>
        <w:rPr>
          <w:b/>
          <w:color w:val="3B82F6"/>
        </w:rPr>
        <w:t xml:space="preserve">▪ </w:t>
      </w:r>
      <w:r>
        <w:rPr>
          <w:b/>
          <w:sz w:val="23"/>
        </w:rPr>
        <w:t>Total Outstanding Rent Arrears Past Due Balances Stated ($)</w:t>
      </w:r>
      <w:r>
        <w:rPr>
          <w:color w:val="94A3B8"/>
        </w:rPr>
        <w:t xml:space="preserve"> ____________________________________________________</w:t>
      </w:r>
    </w:p>
    <w:p>
      <w:pPr>
        <w:keepNext/>
        <w:spacing w:before="360" w:after="120"/>
      </w:pPr>
      <w:r>
        <w:rPr>
          <w:rFonts w:ascii="Arial" w:hAnsi="Arial"/>
          <w:b/>
          <w:color w:val="3B82F6"/>
          <w:sz w:val="26"/>
        </w:rPr>
        <w:t>8. Commercial Invoice Factoring Add-Ons</w:t>
      </w:r>
    </w:p>
    <w:p>
      <w:pPr>
        <w:spacing w:before="80" w:after="160"/>
      </w:pPr>
      <w:r>
        <w:rPr>
          <w:b/>
          <w:color w:val="3B82F6"/>
        </w:rPr>
        <w:t xml:space="preserve">▪ </w:t>
      </w:r>
      <w:r>
        <w:rPr>
          <w:b/>
          <w:sz w:val="23"/>
        </w:rPr>
        <w:t>Open Gross Monthly Invoice Asset Book Value Volume ($)</w:t>
      </w:r>
      <w:r>
        <w:rPr>
          <w:color w:val="94A3B8"/>
        </w:rPr>
        <w:t xml:space="preserve"> ____________________________________________________</w:t>
      </w:r>
    </w:p>
    <w:p>
      <w:pPr>
        <w:spacing w:before="80" w:after="160"/>
      </w:pPr>
      <w:r>
        <w:rPr>
          <w:b/>
          <w:color w:val="3B82F6"/>
        </w:rPr>
        <w:t xml:space="preserve">▪ </w:t>
      </w:r>
      <w:r>
        <w:rPr>
          <w:b/>
          <w:sz w:val="23"/>
        </w:rPr>
        <w:t>Calculated Average Individual Standardized Ticket Invoice Value ($)</w:t>
      </w:r>
      <w:r>
        <w:rPr>
          <w:color w:val="94A3B8"/>
        </w:rPr>
        <w:t xml:space="preserve"> ____________________________________________________</w:t>
      </w:r>
    </w:p>
    <w:p>
      <w:pPr>
        <w:spacing w:before="80" w:after="160"/>
      </w:pPr>
      <w:r>
        <w:rPr>
          <w:b/>
          <w:color w:val="3B82F6"/>
        </w:rPr>
        <w:t xml:space="preserve">▪ </w:t>
      </w:r>
      <w:r>
        <w:rPr>
          <w:b/>
          <w:sz w:val="23"/>
        </w:rPr>
        <w:t>Baseline Commercial Customer Sales Payment Terms Set (Net 30 / Net 60 / Net 90)</w:t>
      </w:r>
      <w:r>
        <w:rPr>
          <w:color w:val="94A3B8"/>
        </w:rPr>
        <w:t xml:space="preserve"> ____________________________________________________</w:t>
      </w:r>
    </w:p>
    <w:p>
      <w:pPr>
        <w:spacing w:before="80" w:after="160"/>
      </w:pPr>
      <w:r>
        <w:rPr>
          <w:b/>
          <w:color w:val="3B82F6"/>
        </w:rPr>
        <w:t xml:space="preserve">▪ </w:t>
      </w:r>
      <w:r>
        <w:rPr>
          <w:b/>
          <w:sz w:val="23"/>
        </w:rPr>
        <w:t>Client Target Portfolio Matrix Profile Setup (B2B / B2G / Mixed)</w:t>
      </w:r>
      <w:r>
        <w:rPr>
          <w:color w:val="94A3B8"/>
        </w:rPr>
        <w:t xml:space="preserve"> ____________________________________________________</w:t>
      </w:r>
    </w:p>
    <w:p>
      <w:pPr>
        <w:spacing w:before="80" w:after="160"/>
      </w:pPr>
      <w:r>
        <w:rPr>
          <w:b/>
          <w:color w:val="3B82F6"/>
        </w:rPr>
        <w:t xml:space="preserve">▪ </w:t>
      </w:r>
      <w:r>
        <w:rPr>
          <w:b/>
          <w:sz w:val="23"/>
        </w:rPr>
        <w:t>Customer Concentration Risks Threatening 35%+ of Cash Flow? (Yes / No)</w:t>
      </w:r>
      <w:r>
        <w:rPr>
          <w:color w:val="94A3B8"/>
        </w:rPr>
        <w:t xml:space="preserve"> ____________________________________________________</w:t>
      </w:r>
    </w:p>
    <w:p>
      <w:pPr>
        <w:spacing w:before="80" w:after="160"/>
      </w:pPr>
      <w:r>
        <w:rPr>
          <w:b/>
          <w:color w:val="3B82F6"/>
        </w:rPr>
        <w:t xml:space="preserve">▪ </w:t>
      </w:r>
      <w:r>
        <w:rPr>
          <w:b/>
          <w:sz w:val="23"/>
        </w:rPr>
        <w:t>Strategic Underwriting Mitigation Notes Regarding Debtor Exposure</w:t>
      </w:r>
      <w:r>
        <w:rPr>
          <w:color w:val="94A3B8"/>
        </w:rPr>
        <w:t xml:space="preserve"> ____________________________________________________</w:t>
      </w:r>
    </w:p>
    <w:p>
      <w:pPr>
        <w:spacing w:before="80" w:after="160"/>
      </w:pPr>
      <w:r>
        <w:rPr>
          <w:b/>
          <w:color w:val="3B82F6"/>
        </w:rPr>
        <w:t xml:space="preserve">▪ </w:t>
      </w:r>
      <w:r>
        <w:rPr>
          <w:b/>
          <w:sz w:val="23"/>
        </w:rPr>
        <w:t>Filer Deploys Complex Structural Milestones / Progress Billing? (Yes / No)</w:t>
      </w:r>
      <w:r>
        <w:rPr>
          <w:color w:val="94A3B8"/>
        </w:rPr>
        <w:t xml:space="preserve"> ____________________________________________________</w:t>
      </w:r>
    </w:p>
    <w:p>
      <w:pPr>
        <w:spacing w:before="80" w:after="160"/>
      </w:pPr>
      <w:r>
        <w:rPr>
          <w:b/>
          <w:color w:val="3B82F6"/>
        </w:rPr>
        <w:t xml:space="preserve">▪ </w:t>
      </w:r>
      <w:r>
        <w:rPr>
          <w:b/>
          <w:sz w:val="23"/>
        </w:rPr>
        <w:t>Active Financial Relationships With Alternate Factoring Houses? (Yes / No)</w:t>
      </w:r>
      <w:r>
        <w:rPr>
          <w:color w:val="94A3B8"/>
        </w:rPr>
        <w:t xml:space="preserve"> ____________________________________________________</w:t>
      </w:r>
    </w:p>
    <w:p>
      <w:pPr>
        <w:spacing w:before="80" w:after="160"/>
      </w:pPr>
      <w:r>
        <w:rPr>
          <w:b/>
          <w:color w:val="3B82F6"/>
        </w:rPr>
        <w:t xml:space="preserve">▪ </w:t>
      </w:r>
      <w:r>
        <w:rPr>
          <w:b/>
          <w:sz w:val="23"/>
        </w:rPr>
        <w:t>Active Competitor Factoring Institutional Corporate Entity Name</w:t>
      </w:r>
      <w:r>
        <w:rPr>
          <w:color w:val="94A3B8"/>
        </w:rPr>
        <w:t xml:space="preserve"> ____________________________________________________</w:t>
      </w:r>
    </w:p>
    <w:p>
      <w:pPr>
        <w:spacing w:before="80" w:after="160"/>
      </w:pPr>
      <w:r>
        <w:rPr>
          <w:b/>
          <w:color w:val="3B82F6"/>
        </w:rPr>
        <w:t xml:space="preserve">▪ </w:t>
      </w:r>
      <w:r>
        <w:rPr>
          <w:b/>
          <w:sz w:val="23"/>
        </w:rPr>
        <w:t>Total Capital Outstanding Advanced Debt on Existing Book ($)</w:t>
      </w:r>
      <w:r>
        <w:rPr>
          <w:color w:val="94A3B8"/>
        </w:rPr>
        <w:t xml:space="preserve"> ____________________________________________________</w:t>
      </w:r>
    </w:p>
    <w:p>
      <w:pPr>
        <w:spacing w:before="80" w:after="160"/>
      </w:pPr>
      <w:r>
        <w:rPr>
          <w:b/>
          <w:color w:val="3B82F6"/>
        </w:rPr>
        <w:t xml:space="preserve">▪ </w:t>
      </w:r>
      <w:r>
        <w:rPr>
          <w:b/>
          <w:sz w:val="23"/>
        </w:rPr>
        <w:t>Top 3 Corporate Filer Debtor Entity Names</w:t>
      </w:r>
      <w:r>
        <w:rPr>
          <w:color w:val="94A3B8"/>
        </w:rPr>
        <w:t xml:space="preserve"> ____________________________________________________</w:t>
      </w:r>
    </w:p>
    <w:p>
      <w:pPr>
        <w:spacing w:before="80" w:after="160"/>
      </w:pPr>
      <w:r>
        <w:rPr>
          <w:b/>
          <w:color w:val="3B82F6"/>
        </w:rPr>
        <w:t xml:space="preserve">▪ </w:t>
      </w:r>
      <w:r>
        <w:rPr>
          <w:b/>
          <w:sz w:val="23"/>
        </w:rPr>
        <w:t>Verified Dun &amp; Bradstreet / Credit Bureau Profiles of Those Top Debtors</w:t>
      </w:r>
      <w:r>
        <w:rPr>
          <w:color w:val="94A3B8"/>
        </w:rPr>
        <w:t xml:space="preserve"> ____________________________________________________</w:t>
      </w:r>
    </w:p>
    <w:p>
      <w:pPr>
        <w:keepNext/>
        <w:spacing w:before="360" w:after="120"/>
      </w:pPr>
      <w:r>
        <w:rPr>
          <w:rFonts w:ascii="Arial" w:hAnsi="Arial"/>
          <w:b/>
          <w:color w:val="3B82F6"/>
          <w:sz w:val="26"/>
        </w:rPr>
        <w:t>9. Commercial Real Estate (CRE) Permanent Financing Add-Ons</w:t>
      </w:r>
    </w:p>
    <w:p>
      <w:pPr>
        <w:spacing w:before="80" w:after="160"/>
      </w:pPr>
      <w:r>
        <w:rPr>
          <w:b/>
          <w:color w:val="3B82F6"/>
        </w:rPr>
        <w:t xml:space="preserve">▪ </w:t>
      </w:r>
      <w:r>
        <w:rPr>
          <w:b/>
          <w:sz w:val="23"/>
        </w:rPr>
        <w:t>Real Estate Property Location Physical Street Address</w:t>
      </w:r>
      <w:r>
        <w:rPr>
          <w:color w:val="94A3B8"/>
        </w:rPr>
        <w:t xml:space="preserve"> ____________________________________________________</w:t>
      </w:r>
    </w:p>
    <w:p>
      <w:pPr>
        <w:spacing w:before="80" w:after="160"/>
      </w:pPr>
      <w:r>
        <w:rPr>
          <w:b/>
          <w:color w:val="3B82F6"/>
        </w:rPr>
        <w:t xml:space="preserve">▪ </w:t>
      </w:r>
      <w:r>
        <w:rPr>
          <w:b/>
          <w:sz w:val="23"/>
        </w:rPr>
        <w:t>Commercial Property Structural Usage Class (Industrial / Retail / Office / Warehouse)</w:t>
      </w:r>
      <w:r>
        <w:rPr>
          <w:color w:val="94A3B8"/>
        </w:rPr>
        <w:t xml:space="preserve"> ____________________________________________________</w:t>
      </w:r>
    </w:p>
    <w:p>
      <w:pPr>
        <w:spacing w:before="80" w:after="160"/>
      </w:pPr>
      <w:r>
        <w:rPr>
          <w:b/>
          <w:color w:val="3B82F6"/>
        </w:rPr>
        <w:t xml:space="preserve">▪ </w:t>
      </w:r>
      <w:r>
        <w:rPr>
          <w:b/>
          <w:sz w:val="23"/>
        </w:rPr>
        <w:t>Current Professional Estimated Asset Fair Market Appraisal Value ($)</w:t>
      </w:r>
      <w:r>
        <w:rPr>
          <w:color w:val="94A3B8"/>
        </w:rPr>
        <w:t xml:space="preserve"> ____________________________________________________</w:t>
      </w:r>
    </w:p>
    <w:p>
      <w:pPr>
        <w:spacing w:before="80" w:after="160"/>
      </w:pPr>
      <w:r>
        <w:rPr>
          <w:b/>
          <w:color w:val="3B82F6"/>
        </w:rPr>
        <w:t xml:space="preserve">▪ </w:t>
      </w:r>
      <w:r>
        <w:rPr>
          <w:b/>
          <w:sz w:val="23"/>
        </w:rPr>
        <w:t>Original Purchase Price Contract Execution Dollar Amount ($)</w:t>
      </w:r>
      <w:r>
        <w:rPr>
          <w:color w:val="94A3B8"/>
        </w:rPr>
        <w:t xml:space="preserve"> ____________________________________________________</w:t>
      </w:r>
    </w:p>
    <w:p>
      <w:pPr>
        <w:spacing w:before="80" w:after="160"/>
      </w:pPr>
      <w:r>
        <w:rPr>
          <w:b/>
          <w:color w:val="3B82F6"/>
        </w:rPr>
        <w:t xml:space="preserve">▪ </w:t>
      </w:r>
      <w:r>
        <w:rPr>
          <w:b/>
          <w:sz w:val="23"/>
        </w:rPr>
        <w:t>Total Outstanding Commercial Mortgage Lien Debt Balance to Clear ($)</w:t>
      </w:r>
      <w:r>
        <w:rPr>
          <w:color w:val="94A3B8"/>
        </w:rPr>
        <w:t xml:space="preserve"> ____________________________________________________</w:t>
      </w:r>
    </w:p>
    <w:p>
      <w:pPr>
        <w:spacing w:before="80" w:after="160"/>
      </w:pPr>
      <w:r>
        <w:rPr>
          <w:b/>
          <w:color w:val="3B82F6"/>
        </w:rPr>
        <w:t xml:space="preserve">▪ </w:t>
      </w:r>
      <w:r>
        <w:rPr>
          <w:b/>
          <w:sz w:val="23"/>
        </w:rPr>
        <w:t>Current Holding Commercial Primary Mortgage Lienholder Name</w:t>
      </w:r>
      <w:r>
        <w:rPr>
          <w:color w:val="94A3B8"/>
        </w:rPr>
        <w:t xml:space="preserve"> ____________________________________________________</w:t>
      </w:r>
    </w:p>
    <w:p>
      <w:pPr>
        <w:spacing w:before="80" w:after="160"/>
      </w:pPr>
      <w:r>
        <w:rPr>
          <w:b/>
          <w:color w:val="3B82F6"/>
        </w:rPr>
        <w:t xml:space="preserve">▪ </w:t>
      </w:r>
      <w:r>
        <w:rPr>
          <w:b/>
          <w:sz w:val="23"/>
        </w:rPr>
        <w:t>Filer Business Entity Spatial Physical Occupancy Percentage (% - Owner Occupied vs Tenant)</w:t>
      </w:r>
      <w:r>
        <w:rPr>
          <w:color w:val="94A3B8"/>
        </w:rPr>
        <w:t xml:space="preserve"> ____________________________________________________</w:t>
      </w:r>
    </w:p>
    <w:p>
      <w:pPr>
        <w:spacing w:before="80" w:after="160"/>
      </w:pPr>
      <w:r>
        <w:rPr>
          <w:b/>
          <w:color w:val="3B82F6"/>
        </w:rPr>
        <w:t xml:space="preserve">▪ </w:t>
      </w:r>
      <w:r>
        <w:rPr>
          <w:b/>
          <w:sz w:val="23"/>
        </w:rPr>
        <w:t>Total Monthly Asset Gross Rental Cash Inflows Realized ($)</w:t>
      </w:r>
      <w:r>
        <w:rPr>
          <w:color w:val="94A3B8"/>
        </w:rPr>
        <w:t xml:space="preserve"> ____________________________________________________</w:t>
      </w:r>
    </w:p>
    <w:p>
      <w:pPr>
        <w:spacing w:before="80" w:after="160"/>
      </w:pPr>
      <w:r>
        <w:rPr>
          <w:b/>
          <w:color w:val="3B82F6"/>
        </w:rPr>
        <w:t xml:space="preserve">▪ </w:t>
      </w:r>
      <w:r>
        <w:rPr>
          <w:b/>
          <w:sz w:val="23"/>
        </w:rPr>
        <w:t>Asset Property Building Physical Occupancy Rent Space Ratio (% - Vacancy Rate)</w:t>
      </w:r>
      <w:r>
        <w:rPr>
          <w:color w:val="94A3B8"/>
        </w:rPr>
        <w:t xml:space="preserve"> ____________________________________________________</w:t>
      </w:r>
    </w:p>
    <w:p>
      <w:pPr>
        <w:spacing w:before="80" w:after="160"/>
      </w:pPr>
      <w:r>
        <w:rPr>
          <w:b/>
          <w:color w:val="3B82F6"/>
        </w:rPr>
        <w:t xml:space="preserve">▪ </w:t>
      </w:r>
      <w:r>
        <w:rPr>
          <w:b/>
          <w:sz w:val="23"/>
        </w:rPr>
        <w:t>Verified Annual Net Operating Income (NOI Properties Ledger) ($)</w:t>
      </w:r>
      <w:r>
        <w:rPr>
          <w:color w:val="94A3B8"/>
        </w:rPr>
        <w:t xml:space="preserve"> ____________________________________________________</w:t>
      </w:r>
    </w:p>
    <w:p>
      <w:pPr>
        <w:spacing w:before="80" w:after="160"/>
      </w:pPr>
      <w:r>
        <w:rPr>
          <w:b/>
          <w:color w:val="3B82F6"/>
        </w:rPr>
        <w:t xml:space="preserve">▪ </w:t>
      </w:r>
      <w:r>
        <w:rPr>
          <w:b/>
          <w:sz w:val="23"/>
        </w:rPr>
        <w:t>Pro-Forma Debt Service Coverage Ratio Target Metrics Managed (Calculated CRE DSCR)</w:t>
      </w:r>
      <w:r>
        <w:rPr>
          <w:color w:val="94A3B8"/>
        </w:rPr>
        <w:t xml:space="preserve"> ____________________________________________________</w:t>
      </w:r>
    </w:p>
    <w:p>
      <w:pPr>
        <w:spacing w:before="80" w:after="160"/>
      </w:pPr>
      <w:r>
        <w:rPr>
          <w:b/>
          <w:color w:val="3B82F6"/>
        </w:rPr>
        <w:t xml:space="preserve">▪ </w:t>
      </w:r>
      <w:r>
        <w:rPr>
          <w:b/>
          <w:sz w:val="23"/>
        </w:rPr>
        <w:t>General Engineering Status Assessment of Structure Physical Condition</w:t>
      </w:r>
      <w:r>
        <w:rPr>
          <w:color w:val="94A3B8"/>
        </w:rPr>
        <w:t xml:space="preserve"> ____________________________________________________</w:t>
      </w:r>
    </w:p>
    <w:p>
      <w:pPr>
        <w:spacing w:before="80" w:after="160"/>
      </w:pPr>
      <w:r>
        <w:rPr>
          <w:b/>
          <w:color w:val="3B82F6"/>
        </w:rPr>
        <w:t xml:space="preserve">▪ </w:t>
      </w:r>
      <w:r>
        <w:rPr>
          <w:b/>
          <w:sz w:val="23"/>
        </w:rPr>
        <w:t>Large Sub-Structural Capital Deficiencies / Deferred Maintenance Flagged? (Yes / No)</w:t>
      </w:r>
      <w:r>
        <w:rPr>
          <w:color w:val="94A3B8"/>
        </w:rPr>
        <w:t xml:space="preserve"> ____________________________________________________</w:t>
      </w:r>
    </w:p>
    <w:p>
      <w:pPr>
        <w:spacing w:before="80" w:after="160"/>
      </w:pPr>
      <w:r>
        <w:rPr>
          <w:b/>
          <w:color w:val="3B82F6"/>
        </w:rPr>
        <w:t xml:space="preserve">▪ </w:t>
      </w:r>
      <w:r>
        <w:rPr>
          <w:b/>
          <w:sz w:val="23"/>
        </w:rPr>
        <w:t>Budget Projection Required to Remediate Structural Maintenance ($)</w:t>
      </w:r>
      <w:r>
        <w:rPr>
          <w:color w:val="94A3B8"/>
        </w:rPr>
        <w:t xml:space="preserve"> ____________________________________________________</w:t>
      </w:r>
    </w:p>
    <w:p>
      <w:pPr>
        <w:spacing w:before="80" w:after="160"/>
      </w:pPr>
      <w:r>
        <w:rPr>
          <w:b/>
          <w:color w:val="3B82F6"/>
        </w:rPr>
        <w:t xml:space="preserve">▪ </w:t>
      </w:r>
      <w:r>
        <w:rPr>
          <w:b/>
          <w:sz w:val="23"/>
        </w:rPr>
        <w:t>Environmental Hazardous Chemicals / Land Context Concerns Documented? (Yes / No)</w:t>
      </w:r>
      <w:r>
        <w:rPr>
          <w:color w:val="94A3B8"/>
        </w:rPr>
        <w:t xml:space="preserve"> ____________________________________________________</w:t>
      </w:r>
    </w:p>
    <w:p>
      <w:pPr>
        <w:spacing w:before="80" w:after="160"/>
      </w:pPr>
      <w:r>
        <w:rPr>
          <w:b/>
          <w:color w:val="3B82F6"/>
        </w:rPr>
        <w:t xml:space="preserve">▪ </w:t>
      </w:r>
      <w:r>
        <w:rPr>
          <w:b/>
          <w:sz w:val="23"/>
        </w:rPr>
        <w:t>Comprehensive Resolution Strategy of Property Environmental Exposure</w:t>
      </w:r>
      <w:r>
        <w:rPr>
          <w:color w:val="94A3B8"/>
        </w:rPr>
        <w:t xml:space="preserve"> ____________________________________________________</w:t>
      </w:r>
    </w:p>
    <w:p>
      <w:pPr>
        <w:keepNext/>
        <w:spacing w:before="360" w:after="120"/>
      </w:pPr>
      <w:r>
        <w:rPr>
          <w:rFonts w:ascii="Arial" w:hAnsi="Arial"/>
          <w:b/>
          <w:color w:val="3B82F6"/>
          <w:sz w:val="26"/>
        </w:rPr>
        <w:t>10. Fix &amp; Flip Real Estate Track Add-Ons</w:t>
      </w:r>
    </w:p>
    <w:p>
      <w:pPr>
        <w:spacing w:before="80" w:after="160"/>
      </w:pPr>
      <w:r>
        <w:rPr>
          <w:b/>
          <w:color w:val="3B82F6"/>
        </w:rPr>
        <w:t xml:space="preserve">▪ </w:t>
      </w:r>
      <w:r>
        <w:rPr>
          <w:b/>
          <w:sz w:val="23"/>
        </w:rPr>
        <w:t>Targeted Real Estate Investment Property Street Address Location</w:t>
      </w:r>
      <w:r>
        <w:rPr>
          <w:color w:val="94A3B8"/>
        </w:rPr>
        <w:t xml:space="preserve"> ____________________________________________________</w:t>
      </w:r>
    </w:p>
    <w:p>
      <w:pPr>
        <w:spacing w:before="80" w:after="160"/>
      </w:pPr>
      <w:r>
        <w:rPr>
          <w:b/>
          <w:color w:val="3B82F6"/>
        </w:rPr>
        <w:t xml:space="preserve">▪ </w:t>
      </w:r>
      <w:r>
        <w:rPr>
          <w:b/>
          <w:sz w:val="23"/>
        </w:rPr>
        <w:t>Upfront Acquisition Purchase Contract Price ($)</w:t>
      </w:r>
      <w:r>
        <w:rPr>
          <w:color w:val="94A3B8"/>
        </w:rPr>
        <w:t xml:space="preserve"> ____________________________________________________</w:t>
      </w:r>
    </w:p>
    <w:p>
      <w:pPr>
        <w:spacing w:before="80" w:after="160"/>
      </w:pPr>
      <w:r>
        <w:rPr>
          <w:b/>
          <w:color w:val="3B82F6"/>
        </w:rPr>
        <w:t xml:space="preserve">▪ </w:t>
      </w:r>
      <w:r>
        <w:rPr>
          <w:b/>
          <w:sz w:val="23"/>
        </w:rPr>
        <w:t>Total Construction Remediation / Rehab Architecture Budget ($)</w:t>
      </w:r>
      <w:r>
        <w:rPr>
          <w:color w:val="94A3B8"/>
        </w:rPr>
        <w:t xml:space="preserve"> ____________________________________________________</w:t>
      </w:r>
    </w:p>
    <w:p>
      <w:pPr>
        <w:spacing w:before="80" w:after="160"/>
      </w:pPr>
      <w:r>
        <w:rPr>
          <w:b/>
          <w:color w:val="3B82F6"/>
        </w:rPr>
        <w:t xml:space="preserve">▪ </w:t>
      </w:r>
      <w:r>
        <w:rPr>
          <w:b/>
          <w:sz w:val="23"/>
        </w:rPr>
        <w:t>Professional Local Comp Estimated After Repair Value (ARV Metrics) ($)</w:t>
      </w:r>
      <w:r>
        <w:rPr>
          <w:color w:val="94A3B8"/>
        </w:rPr>
        <w:t xml:space="preserve"> ____________________________________________________</w:t>
      </w:r>
    </w:p>
    <w:p>
      <w:pPr>
        <w:spacing w:before="80" w:after="160"/>
      </w:pPr>
      <w:r>
        <w:rPr>
          <w:b/>
          <w:color w:val="3B82F6"/>
        </w:rPr>
        <w:t xml:space="preserve">▪ </w:t>
      </w:r>
      <w:r>
        <w:rPr>
          <w:b/>
          <w:sz w:val="23"/>
        </w:rPr>
        <w:t>True General Flipping Track Record (Completed Asset Deals Last 36 Months)</w:t>
      </w:r>
      <w:r>
        <w:rPr>
          <w:color w:val="94A3B8"/>
        </w:rPr>
        <w:t xml:space="preserve"> ____________________________________________________</w:t>
      </w:r>
    </w:p>
    <w:p>
      <w:pPr>
        <w:spacing w:before="80" w:after="160"/>
      </w:pPr>
      <w:r>
        <w:rPr>
          <w:b/>
          <w:color w:val="3B82F6"/>
        </w:rPr>
        <w:t xml:space="preserve">▪ </w:t>
      </w:r>
      <w:r>
        <w:rPr>
          <w:b/>
          <w:sz w:val="23"/>
        </w:rPr>
        <w:t>Fully Vetted &amp; Insured General Contractor Hired to Project? (Yes / No)</w:t>
      </w:r>
      <w:r>
        <w:rPr>
          <w:color w:val="94A3B8"/>
        </w:rPr>
        <w:t xml:space="preserve"> ____________________________________________________</w:t>
      </w:r>
    </w:p>
    <w:p>
      <w:pPr>
        <w:spacing w:before="80" w:after="160"/>
      </w:pPr>
      <w:r>
        <w:rPr>
          <w:b/>
          <w:color w:val="3B82F6"/>
        </w:rPr>
        <w:t xml:space="preserve">▪ </w:t>
      </w:r>
      <w:r>
        <w:rPr>
          <w:b/>
          <w:sz w:val="23"/>
        </w:rPr>
        <w:t>Hired General Contractor Corporate Business Registry Name</w:t>
      </w:r>
      <w:r>
        <w:rPr>
          <w:color w:val="94A3B8"/>
        </w:rPr>
        <w:t xml:space="preserve"> ____________________________________________________</w:t>
      </w:r>
    </w:p>
    <w:p>
      <w:pPr>
        <w:spacing w:before="80" w:after="160"/>
      </w:pPr>
      <w:r>
        <w:rPr>
          <w:b/>
          <w:color w:val="3B82F6"/>
        </w:rPr>
        <w:t xml:space="preserve">▪ </w:t>
      </w:r>
      <w:r>
        <w:rPr>
          <w:b/>
          <w:sz w:val="23"/>
        </w:rPr>
        <w:t>Planned Project Duration Phase Window to Sale Exit (Total Months)</w:t>
      </w:r>
      <w:r>
        <w:rPr>
          <w:color w:val="94A3B8"/>
        </w:rPr>
        <w:t xml:space="preserve"> ____________________________________________________</w:t>
      </w:r>
    </w:p>
    <w:p>
      <w:pPr>
        <w:spacing w:before="80" w:after="160"/>
      </w:pPr>
      <w:r>
        <w:rPr>
          <w:b/>
          <w:color w:val="3B82F6"/>
        </w:rPr>
        <w:t xml:space="preserve">▪ </w:t>
      </w:r>
      <w:r>
        <w:rPr>
          <w:b/>
          <w:sz w:val="23"/>
        </w:rPr>
        <w:t>Primary Real Estate Portfolio Exit Vehicle Strategy (Flip-Sale / Refinance long-term Hold)</w:t>
      </w:r>
      <w:r>
        <w:rPr>
          <w:color w:val="94A3B8"/>
        </w:rPr>
        <w:t xml:space="preserve"> ____________________________________________________</w:t>
      </w:r>
    </w:p>
    <w:p>
      <w:pPr>
        <w:spacing w:before="80" w:after="160"/>
      </w:pPr>
      <w:r>
        <w:rPr>
          <w:b/>
          <w:color w:val="3B82F6"/>
        </w:rPr>
        <w:t xml:space="preserve">▪ </w:t>
      </w:r>
      <w:r>
        <w:rPr>
          <w:b/>
          <w:sz w:val="23"/>
        </w:rPr>
        <w:t>Filer On-Hand Verified Liquid Capital Bank Cash Reserves ($)</w:t>
      </w:r>
      <w:r>
        <w:rPr>
          <w:color w:val="94A3B8"/>
        </w:rPr>
        <w:t xml:space="preserve"> ____________________________________________________</w:t>
      </w:r>
    </w:p>
    <w:p>
      <w:pPr>
        <w:spacing w:before="80" w:after="160"/>
      </w:pPr>
      <w:r>
        <w:rPr>
          <w:b/>
          <w:color w:val="3B82F6"/>
        </w:rPr>
        <w:t xml:space="preserve">▪ </w:t>
      </w:r>
      <w:r>
        <w:rPr>
          <w:b/>
          <w:sz w:val="23"/>
        </w:rPr>
        <w:t>Validated Sourcing of Asset Equity Contribution Requirements</w:t>
      </w:r>
      <w:r>
        <w:rPr>
          <w:color w:val="94A3B8"/>
        </w:rPr>
        <w:t xml:space="preserve"> ____________________________________________________</w:t>
      </w:r>
    </w:p>
    <w:p>
      <w:pPr>
        <w:spacing w:before="80" w:after="160"/>
      </w:pPr>
      <w:r>
        <w:rPr>
          <w:b/>
          <w:color w:val="3B82F6"/>
        </w:rPr>
        <w:t xml:space="preserve">▪ </w:t>
      </w:r>
      <w:r>
        <w:rPr>
          <w:b/>
          <w:sz w:val="23"/>
        </w:rPr>
        <w:t>Filer holds active title deed on this investment property right now? (Yes / No)</w:t>
      </w:r>
      <w:r>
        <w:rPr>
          <w:color w:val="94A3B8"/>
        </w:rPr>
        <w:t xml:space="preserve"> ____________________________________________________</w:t>
      </w:r>
    </w:p>
    <w:p>
      <w:pPr>
        <w:spacing w:before="80" w:after="160"/>
      </w:pPr>
      <w:r>
        <w:rPr>
          <w:b/>
          <w:color w:val="3B82F6"/>
        </w:rPr>
        <w:t xml:space="preserve">▪ </w:t>
      </w:r>
      <w:r>
        <w:rPr>
          <w:b/>
          <w:sz w:val="23"/>
        </w:rPr>
        <w:t>Existing Debt Balance Burdening Title on This Deal ($)</w:t>
      </w:r>
      <w:r>
        <w:rPr>
          <w:color w:val="94A3B8"/>
        </w:rPr>
        <w:t xml:space="preserve"> ____________________________________________________</w:t>
      </w:r>
    </w:p>
    <w:p>
      <w:pPr>
        <w:spacing w:before="80" w:after="160"/>
      </w:pPr>
      <w:r>
        <w:rPr>
          <w:b/>
          <w:color w:val="3B82F6"/>
        </w:rPr>
        <w:t xml:space="preserve">▪ </w:t>
      </w:r>
      <w:r>
        <w:rPr>
          <w:b/>
          <w:sz w:val="23"/>
        </w:rPr>
        <w:t>Local Municipal Zoning Structure Compliance Approved to Plan? (Yes / No)</w:t>
      </w:r>
      <w:r>
        <w:rPr>
          <w:color w:val="94A3B8"/>
        </w:rPr>
        <w:t xml:space="preserve"> ____________________________________________________</w:t>
      </w:r>
    </w:p>
    <w:p>
      <w:pPr>
        <w:spacing w:before="80" w:after="160"/>
      </w:pPr>
      <w:r>
        <w:rPr>
          <w:b/>
          <w:color w:val="3B82F6"/>
        </w:rPr>
        <w:t xml:space="preserve">▪ </w:t>
      </w:r>
      <w:r>
        <w:rPr>
          <w:b/>
          <w:sz w:val="23"/>
        </w:rPr>
        <w:t>All Construction / Demolition / Structural Permits Pulled &amp; Active? (Yes / No)</w:t>
      </w:r>
      <w:r>
        <w:rPr>
          <w:color w:val="94A3B8"/>
        </w:rPr>
        <w:t xml:space="preserve"> ____________________________________________________</w:t>
      </w:r>
    </w:p>
    <w:p>
      <w:pPr>
        <w:keepNext/>
        <w:spacing w:before="360" w:after="120"/>
      </w:pPr>
      <w:r>
        <w:rPr>
          <w:rFonts w:ascii="Arial" w:hAnsi="Arial"/>
          <w:b/>
          <w:color w:val="3B82F6"/>
          <w:sz w:val="26"/>
        </w:rPr>
        <w:t>11. Commercial Inventory Financing Add-Ons</w:t>
      </w:r>
    </w:p>
    <w:p>
      <w:pPr>
        <w:spacing w:before="80" w:after="160"/>
      </w:pPr>
      <w:r>
        <w:rPr>
          <w:b/>
          <w:color w:val="3B82F6"/>
        </w:rPr>
        <w:t xml:space="preserve">▪ </w:t>
      </w:r>
      <w:r>
        <w:rPr>
          <w:b/>
          <w:sz w:val="23"/>
        </w:rPr>
        <w:t>Total Baseline Valuation of Present Inventory Pool (Asset Cost Basis) ($)</w:t>
      </w:r>
      <w:r>
        <w:rPr>
          <w:color w:val="94A3B8"/>
        </w:rPr>
        <w:t xml:space="preserve"> ____________________________________________________</w:t>
      </w:r>
    </w:p>
    <w:p>
      <w:pPr>
        <w:spacing w:before="80" w:after="160"/>
      </w:pPr>
      <w:r>
        <w:rPr>
          <w:b/>
          <w:color w:val="3B82F6"/>
        </w:rPr>
        <w:t xml:space="preserve">▪ </w:t>
      </w:r>
      <w:r>
        <w:rPr>
          <w:b/>
          <w:sz w:val="23"/>
        </w:rPr>
        <w:t>Projected Asset Worth of Present Inventory Pool (Retail Market Basis) ($)</w:t>
      </w:r>
      <w:r>
        <w:rPr>
          <w:color w:val="94A3B8"/>
        </w:rPr>
        <w:t xml:space="preserve"> ____________________________________________________</w:t>
      </w:r>
    </w:p>
    <w:p>
      <w:pPr>
        <w:spacing w:before="80" w:after="160"/>
      </w:pPr>
      <w:r>
        <w:rPr>
          <w:b/>
          <w:color w:val="3B82F6"/>
        </w:rPr>
        <w:t xml:space="preserve">▪ </w:t>
      </w:r>
      <w:r>
        <w:rPr>
          <w:b/>
          <w:sz w:val="23"/>
        </w:rPr>
        <w:t>Targeted Cash Advance Funding Purchase Amount Requested ($)</w:t>
      </w:r>
      <w:r>
        <w:rPr>
          <w:color w:val="94A3B8"/>
        </w:rPr>
        <w:t xml:space="preserve"> ____________________________________________________</w:t>
      </w:r>
    </w:p>
    <w:p>
      <w:pPr>
        <w:spacing w:before="80" w:after="160"/>
      </w:pPr>
      <w:r>
        <w:rPr>
          <w:b/>
          <w:color w:val="3B82F6"/>
        </w:rPr>
        <w:t xml:space="preserve">▪ </w:t>
      </w:r>
      <w:r>
        <w:rPr>
          <w:b/>
          <w:sz w:val="23"/>
        </w:rPr>
        <w:t>Inventory Item Classification Category Description</w:t>
      </w:r>
      <w:r>
        <w:rPr>
          <w:color w:val="94A3B8"/>
        </w:rPr>
        <w:t xml:space="preserve"> ____________________________________________________</w:t>
      </w:r>
    </w:p>
    <w:p>
      <w:pPr>
        <w:spacing w:before="80" w:after="160"/>
      </w:pPr>
      <w:r>
        <w:rPr>
          <w:b/>
          <w:color w:val="3B82F6"/>
        </w:rPr>
        <w:t xml:space="preserve">▪ </w:t>
      </w:r>
      <w:r>
        <w:rPr>
          <w:b/>
          <w:sz w:val="23"/>
        </w:rPr>
        <w:t>Stock Compiles Perishable Organic Material Risking Expiry? (Yes / No)</w:t>
      </w:r>
      <w:r>
        <w:rPr>
          <w:color w:val="94A3B8"/>
        </w:rPr>
        <w:t xml:space="preserve"> ____________________________________________________</w:t>
      </w:r>
    </w:p>
    <w:p>
      <w:pPr>
        <w:spacing w:before="80" w:after="160"/>
      </w:pPr>
      <w:r>
        <w:rPr>
          <w:b/>
          <w:color w:val="3B82F6"/>
        </w:rPr>
        <w:t xml:space="preserve">▪ </w:t>
      </w:r>
      <w:r>
        <w:rPr>
          <w:b/>
          <w:sz w:val="23"/>
        </w:rPr>
        <w:t>True Storage Shelf Life Operational Expiration Window Limit</w:t>
      </w:r>
      <w:r>
        <w:rPr>
          <w:color w:val="94A3B8"/>
        </w:rPr>
        <w:t xml:space="preserve"> ____________________________________________________</w:t>
      </w:r>
    </w:p>
    <w:p>
      <w:pPr>
        <w:spacing w:before="80" w:after="160"/>
      </w:pPr>
      <w:r>
        <w:rPr>
          <w:b/>
          <w:color w:val="3B82F6"/>
        </w:rPr>
        <w:t xml:space="preserve">▪ </w:t>
      </w:r>
      <w:r>
        <w:rPr>
          <w:b/>
          <w:sz w:val="23"/>
        </w:rPr>
        <w:t>Historical Annualized Inventory Asset Turnover Speed Ratio</w:t>
      </w:r>
      <w:r>
        <w:rPr>
          <w:color w:val="94A3B8"/>
        </w:rPr>
        <w:t xml:space="preserve"> ____________________________________________________</w:t>
      </w:r>
    </w:p>
    <w:p>
      <w:pPr>
        <w:spacing w:before="80" w:after="160"/>
      </w:pPr>
      <w:r>
        <w:rPr>
          <w:b/>
          <w:color w:val="3B82F6"/>
        </w:rPr>
        <w:t xml:space="preserve">▪ </w:t>
      </w:r>
      <w:r>
        <w:rPr>
          <w:b/>
          <w:sz w:val="23"/>
        </w:rPr>
        <w:t>Asset Safety Location Base Where Physical Stock Is Maintained</w:t>
      </w:r>
      <w:r>
        <w:rPr>
          <w:color w:val="94A3B8"/>
        </w:rPr>
        <w:t xml:space="preserve"> ____________________________________________________</w:t>
      </w:r>
    </w:p>
    <w:p>
      <w:pPr>
        <w:spacing w:before="80" w:after="160"/>
      </w:pPr>
      <w:r>
        <w:rPr>
          <w:b/>
          <w:color w:val="3B82F6"/>
        </w:rPr>
        <w:t xml:space="preserve">▪ </w:t>
      </w:r>
      <w:r>
        <w:rPr>
          <w:b/>
          <w:sz w:val="23"/>
        </w:rPr>
        <w:t>Managed off-site inside a third-party logistics facility (3PL)? (Yes / No)</w:t>
      </w:r>
      <w:r>
        <w:rPr>
          <w:color w:val="94A3B8"/>
        </w:rPr>
        <w:t xml:space="preserve"> ____________________________________________________</w:t>
      </w:r>
    </w:p>
    <w:p>
      <w:pPr>
        <w:spacing w:before="80" w:after="160"/>
      </w:pPr>
      <w:r>
        <w:rPr>
          <w:b/>
          <w:color w:val="3B82F6"/>
        </w:rPr>
        <w:t xml:space="preserve">▪ </w:t>
      </w:r>
      <w:r>
        <w:rPr>
          <w:b/>
          <w:sz w:val="23"/>
        </w:rPr>
        <w:t>Third-Party Storage Warehouse Corporate Name &amp; Facility Address</w:t>
      </w:r>
      <w:r>
        <w:rPr>
          <w:color w:val="94A3B8"/>
        </w:rPr>
        <w:t xml:space="preserve"> ____________________________________________________</w:t>
      </w:r>
    </w:p>
    <w:p>
      <w:pPr>
        <w:spacing w:before="80" w:after="160"/>
      </w:pPr>
      <w:r>
        <w:rPr>
          <w:b/>
          <w:color w:val="3B82F6"/>
        </w:rPr>
        <w:t xml:space="preserve">▪ </w:t>
      </w:r>
      <w:r>
        <w:rPr>
          <w:b/>
          <w:sz w:val="23"/>
        </w:rPr>
        <w:t>Target Inventory Supplier Corporate Manufacturing Business Name</w:t>
      </w:r>
      <w:r>
        <w:rPr>
          <w:color w:val="94A3B8"/>
        </w:rPr>
        <w:t xml:space="preserve"> ____________________________________________________</w:t>
      </w:r>
    </w:p>
    <w:p>
      <w:pPr>
        <w:spacing w:before="80" w:after="160"/>
      </w:pPr>
      <w:r>
        <w:rPr>
          <w:b/>
          <w:color w:val="3B82F6"/>
        </w:rPr>
        <w:t xml:space="preserve">▪ </w:t>
      </w:r>
      <w:r>
        <w:rPr>
          <w:b/>
          <w:sz w:val="23"/>
        </w:rPr>
        <w:t>Supplier Global HQ Corporate Location Address</w:t>
      </w:r>
      <w:r>
        <w:rPr>
          <w:color w:val="94A3B8"/>
        </w:rPr>
        <w:t xml:space="preserve"> ____________________________________________________</w:t>
      </w:r>
    </w:p>
    <w:p>
      <w:pPr>
        <w:spacing w:before="80" w:after="160"/>
      </w:pPr>
      <w:r>
        <w:rPr>
          <w:b/>
          <w:color w:val="3B82F6"/>
        </w:rPr>
        <w:t xml:space="preserve">▪ </w:t>
      </w:r>
      <w:r>
        <w:rPr>
          <w:b/>
          <w:sz w:val="23"/>
        </w:rPr>
        <w:t>Supplier Open Account Terms Structure Settled (COD / Net 30 / Pre-Paid Advance)</w:t>
      </w:r>
      <w:r>
        <w:rPr>
          <w:color w:val="94A3B8"/>
        </w:rPr>
        <w:t xml:space="preserve"> ____________________________________________________</w:t>
      </w:r>
    </w:p>
    <w:p>
      <w:pPr>
        <w:spacing w:before="80" w:after="160"/>
      </w:pPr>
      <w:r>
        <w:rPr>
          <w:b/>
          <w:color w:val="3B82F6"/>
        </w:rPr>
        <w:t xml:space="preserve">▪ </w:t>
      </w:r>
      <w:r>
        <w:rPr>
          <w:b/>
          <w:sz w:val="23"/>
        </w:rPr>
        <w:t>Mean Supply Chain Logistics Delivery Lead Time Window</w:t>
      </w:r>
      <w:r>
        <w:rPr>
          <w:color w:val="94A3B8"/>
        </w:rPr>
        <w:t xml:space="preserve"> ____________________________________________________</w:t>
      </w:r>
    </w:p>
    <w:p>
      <w:pPr>
        <w:spacing w:before="80" w:after="160"/>
      </w:pPr>
      <w:r>
        <w:rPr>
          <w:b/>
          <w:color w:val="3B82F6"/>
        </w:rPr>
        <w:t xml:space="preserve">▪ </w:t>
      </w:r>
      <w:r>
        <w:rPr>
          <w:b/>
          <w:sz w:val="23"/>
        </w:rPr>
        <w:t>Stock Insured Against外 Structural Theft, Spoilage, Fire, and Water Loss? (Yes / No)</w:t>
      </w:r>
      <w:r>
        <w:rPr>
          <w:color w:val="94A3B8"/>
        </w:rPr>
        <w:t xml:space="preserve"> ____________________________________________________</w:t>
      </w:r>
    </w:p>
    <w:p>
      <w:pPr>
        <w:spacing w:before="80" w:after="160"/>
      </w:pPr>
      <w:r>
        <w:rPr>
          <w:b/>
          <w:color w:val="3B82F6"/>
        </w:rPr>
        <w:t xml:space="preserve">▪ </w:t>
      </w:r>
      <w:r>
        <w:rPr>
          <w:b/>
          <w:sz w:val="23"/>
        </w:rPr>
        <w:t>Insurance Carrier Name &amp; Total Dollar Protection Limits</w:t>
      </w:r>
      <w:r>
        <w:rPr>
          <w:color w:val="94A3B8"/>
        </w:rPr>
        <w:t xml:space="preserve"> ____________________________________________________</w:t>
      </w:r>
    </w:p>
    <w:p>
      <w:pPr>
        <w:keepNext/>
        <w:spacing w:before="360" w:after="120"/>
      </w:pPr>
      <w:r>
        <w:rPr>
          <w:rFonts w:ascii="Arial" w:hAnsi="Arial"/>
          <w:b/>
          <w:color w:val="3B82F6"/>
          <w:sz w:val="26"/>
        </w:rPr>
        <w:t>12. Purchase Order (PO) Financing Transaction Add-Ons</w:t>
      </w:r>
    </w:p>
    <w:p>
      <w:pPr>
        <w:spacing w:before="80" w:after="160"/>
      </w:pPr>
      <w:r>
        <w:rPr>
          <w:b/>
          <w:color w:val="3B82F6"/>
        </w:rPr>
        <w:t xml:space="preserve">▪ </w:t>
      </w:r>
      <w:r>
        <w:rPr>
          <w:b/>
          <w:sz w:val="23"/>
        </w:rPr>
        <w:t>Total Documented Value of Verified Issued Purchase Order ($)</w:t>
      </w:r>
      <w:r>
        <w:rPr>
          <w:color w:val="94A3B8"/>
        </w:rPr>
        <w:t xml:space="preserve"> ____________________________________________________</w:t>
      </w:r>
    </w:p>
    <w:p>
      <w:pPr>
        <w:spacing w:before="80" w:after="160"/>
      </w:pPr>
      <w:r>
        <w:rPr>
          <w:b/>
          <w:color w:val="3B82F6"/>
        </w:rPr>
        <w:t xml:space="preserve">▪ </w:t>
      </w:r>
      <w:r>
        <w:rPr>
          <w:b/>
          <w:sz w:val="23"/>
        </w:rPr>
        <w:t>Issuing Customer Corporate Entity Name (The Filer's Buyer / Debtor)</w:t>
      </w:r>
      <w:r>
        <w:rPr>
          <w:color w:val="94A3B8"/>
        </w:rPr>
        <w:t xml:space="preserve"> ____________________________________________________</w:t>
      </w:r>
    </w:p>
    <w:p>
      <w:pPr>
        <w:spacing w:before="80" w:after="160"/>
      </w:pPr>
      <w:r>
        <w:rPr>
          <w:b/>
          <w:color w:val="3B82F6"/>
        </w:rPr>
        <w:t xml:space="preserve">▪ </w:t>
      </w:r>
      <w:r>
        <w:rPr>
          <w:b/>
          <w:sz w:val="23"/>
        </w:rPr>
        <w:t>Manufacturing Supplier Corporate Firm Handling Production Output</w:t>
      </w:r>
      <w:r>
        <w:rPr>
          <w:color w:val="94A3B8"/>
        </w:rPr>
        <w:t xml:space="preserve"> ____________________________________________________</w:t>
      </w:r>
    </w:p>
    <w:p>
      <w:pPr>
        <w:spacing w:before="80" w:after="160"/>
      </w:pPr>
      <w:r>
        <w:rPr>
          <w:b/>
          <w:color w:val="3B82F6"/>
        </w:rPr>
        <w:t xml:space="preserve">▪ </w:t>
      </w:r>
      <w:r>
        <w:rPr>
          <w:b/>
          <w:sz w:val="23"/>
        </w:rPr>
        <w:t>Production Supplier Strict Trade Account Payment Settlement Terms</w:t>
      </w:r>
      <w:r>
        <w:rPr>
          <w:color w:val="94A3B8"/>
        </w:rPr>
        <w:t xml:space="preserve"> ____________________________________________________</w:t>
      </w:r>
    </w:p>
    <w:p>
      <w:pPr>
        <w:spacing w:before="80" w:after="160"/>
      </w:pPr>
      <w:r>
        <w:rPr>
          <w:b/>
          <w:color w:val="3B82F6"/>
        </w:rPr>
        <w:t xml:space="preserve">▪ </w:t>
      </w:r>
      <w:r>
        <w:rPr>
          <w:b/>
          <w:sz w:val="23"/>
        </w:rPr>
        <w:t>Hard Contractual Cargo On-Site Delivery Deadline Required Date</w:t>
      </w:r>
      <w:r>
        <w:rPr>
          <w:color w:val="94A3B8"/>
        </w:rPr>
        <w:t xml:space="preserve"> ____________________________________________________</w:t>
      </w:r>
    </w:p>
    <w:p>
      <w:pPr>
        <w:spacing w:before="80" w:after="160"/>
      </w:pPr>
      <w:r>
        <w:rPr>
          <w:b/>
          <w:color w:val="3B82F6"/>
        </w:rPr>
        <w:t xml:space="preserve">▪ </w:t>
      </w:r>
      <w:r>
        <w:rPr>
          <w:b/>
          <w:sz w:val="23"/>
        </w:rPr>
        <w:t>Issuing Customer Portfolio Class (Private Enterprise / Government Agency)</w:t>
      </w:r>
      <w:r>
        <w:rPr>
          <w:color w:val="94A3B8"/>
        </w:rPr>
        <w:t xml:space="preserve"> ____________________________________________________</w:t>
      </w:r>
    </w:p>
    <w:p>
      <w:pPr>
        <w:spacing w:before="80" w:after="160"/>
      </w:pPr>
      <w:r>
        <w:rPr>
          <w:b/>
          <w:color w:val="3B82F6"/>
        </w:rPr>
        <w:t xml:space="preserve">▪ </w:t>
      </w:r>
      <w:r>
        <w:rPr>
          <w:b/>
          <w:sz w:val="23"/>
        </w:rPr>
        <w:t>Issuing Customer Enterprise Corporate Registry Setup (LLC / Inc / C-Corp)</w:t>
      </w:r>
      <w:r>
        <w:rPr>
          <w:color w:val="94A3B8"/>
        </w:rPr>
        <w:t xml:space="preserve"> ____________________________________________________</w:t>
      </w:r>
    </w:p>
    <w:p>
      <w:pPr>
        <w:spacing w:before="80" w:after="160"/>
      </w:pPr>
      <w:r>
        <w:rPr>
          <w:b/>
          <w:color w:val="3B82F6"/>
        </w:rPr>
        <w:t xml:space="preserve">▪ </w:t>
      </w:r>
      <w:r>
        <w:rPr>
          <w:b/>
          <w:sz w:val="23"/>
        </w:rPr>
        <w:t>Buyer Institutional Corporate Credit Bureau Rating Rank (S&amp;P Rating / D&amp;B Score)</w:t>
      </w:r>
      <w:r>
        <w:rPr>
          <w:color w:val="94A3B8"/>
        </w:rPr>
        <w:t xml:space="preserve"> ____________________________________________________</w:t>
      </w:r>
    </w:p>
    <w:p>
      <w:pPr>
        <w:spacing w:before="80" w:after="160"/>
      </w:pPr>
      <w:r>
        <w:rPr>
          <w:b/>
          <w:color w:val="3B82F6"/>
        </w:rPr>
        <w:t xml:space="preserve">▪ </w:t>
      </w:r>
      <w:r>
        <w:rPr>
          <w:b/>
          <w:sz w:val="23"/>
        </w:rPr>
        <w:t>Duration History of Active Commercial Trading With This Specific Buyer</w:t>
      </w:r>
      <w:r>
        <w:rPr>
          <w:color w:val="94A3B8"/>
        </w:rPr>
        <w:t xml:space="preserve"> ____________________________________________________</w:t>
      </w:r>
    </w:p>
    <w:p>
      <w:pPr>
        <w:spacing w:before="80" w:after="160"/>
      </w:pPr>
      <w:r>
        <w:rPr>
          <w:b/>
          <w:color w:val="3B82F6"/>
        </w:rPr>
        <w:t xml:space="preserve">▪ </w:t>
      </w:r>
      <w:r>
        <w:rPr>
          <w:b/>
          <w:sz w:val="23"/>
        </w:rPr>
        <w:t>Total Gross Trade Volume Exchanged With This Customer Annually ($)</w:t>
      </w:r>
      <w:r>
        <w:rPr>
          <w:color w:val="94A3B8"/>
        </w:rPr>
        <w:t xml:space="preserve"> ____________________________________________________</w:t>
      </w:r>
    </w:p>
    <w:p>
      <w:pPr>
        <w:spacing w:before="80" w:after="160"/>
      </w:pPr>
      <w:r>
        <w:rPr>
          <w:b/>
          <w:color w:val="3B82F6"/>
        </w:rPr>
        <w:t xml:space="preserve">▪ </w:t>
      </w:r>
      <w:r>
        <w:rPr>
          <w:b/>
          <w:sz w:val="23"/>
        </w:rPr>
        <w:t>Customer Has Historically Cleared Invoices 100% On-Time? (Yes / No)</w:t>
      </w:r>
      <w:r>
        <w:rPr>
          <w:color w:val="94A3B8"/>
        </w:rPr>
        <w:t xml:space="preserve"> ____________________________________________________</w:t>
      </w:r>
    </w:p>
    <w:p>
      <w:pPr>
        <w:spacing w:before="80" w:after="160"/>
      </w:pPr>
      <w:r>
        <w:rPr>
          <w:b/>
          <w:color w:val="3B82F6"/>
        </w:rPr>
        <w:t xml:space="preserve">▪ </w:t>
      </w:r>
      <w:r>
        <w:rPr>
          <w:b/>
          <w:sz w:val="23"/>
        </w:rPr>
        <w:t>Context / Explanation Regarding Historical Debtor Invoice Clearing Lags</w:t>
      </w:r>
      <w:r>
        <w:rPr>
          <w:color w:val="94A3B8"/>
        </w:rPr>
        <w:t xml:space="preserve"> ____________________________________________________</w:t>
      </w:r>
    </w:p>
    <w:p>
      <w:pPr>
        <w:spacing w:before="80" w:after="160"/>
      </w:pPr>
      <w:r>
        <w:rPr>
          <w:b/>
          <w:color w:val="3B82F6"/>
        </w:rPr>
        <w:t xml:space="preserve">▪ </w:t>
      </w:r>
      <w:r>
        <w:rPr>
          <w:b/>
          <w:sz w:val="23"/>
        </w:rPr>
        <w:t>Technical Description of Manufactured Goods / Consignment Logistics</w:t>
      </w:r>
      <w:r>
        <w:rPr>
          <w:color w:val="94A3B8"/>
        </w:rPr>
        <w:t xml:space="preserve"> ____________________________________________________</w:t>
      </w:r>
    </w:p>
    <w:p>
      <w:pPr>
        <w:spacing w:before="80" w:after="160"/>
      </w:pPr>
      <w:r>
        <w:rPr>
          <w:b/>
          <w:color w:val="3B82F6"/>
        </w:rPr>
        <w:t xml:space="preserve">▪ </w:t>
      </w:r>
      <w:r>
        <w:rPr>
          <w:b/>
          <w:sz w:val="23"/>
        </w:rPr>
        <w:t>Order Profile Structural Assignment (One-Time Spot Deal / Recurring run)</w:t>
      </w:r>
      <w:r>
        <w:rPr>
          <w:color w:val="94A3B8"/>
        </w:rPr>
        <w:t xml:space="preserve"> ____________________________________________________</w:t>
      </w:r>
    </w:p>
    <w:p>
      <w:pPr>
        <w:spacing w:before="80" w:after="160"/>
      </w:pPr>
      <w:r>
        <w:rPr>
          <w:b/>
          <w:color w:val="3B82F6"/>
        </w:rPr>
        <w:t xml:space="preserve">▪ </w:t>
      </w:r>
      <w:r>
        <w:rPr>
          <w:b/>
          <w:sz w:val="23"/>
        </w:rPr>
        <w:t>If Recurring: Expected Supply Chain Run Delivery Cadence Interval</w:t>
      </w:r>
      <w:r>
        <w:rPr>
          <w:color w:val="94A3B8"/>
        </w:rPr>
        <w:t xml:space="preserve"> ____________________________________________________</w:t>
      </w:r>
    </w:p>
    <w:p>
      <w:pPr>
        <w:spacing w:before="80" w:after="160"/>
      </w:pPr>
      <w:r>
        <w:rPr>
          <w:b/>
          <w:color w:val="3B82F6"/>
        </w:rPr>
        <w:t xml:space="preserve">▪ </w:t>
      </w:r>
      <w:r>
        <w:rPr>
          <w:b/>
          <w:sz w:val="23"/>
        </w:rPr>
        <w:t>Calculated Gross Financial Profit Scheduled on This Specific PO ($)</w:t>
      </w:r>
      <w:r>
        <w:rPr>
          <w:color w:val="94A3B8"/>
        </w:rPr>
        <w:t xml:space="preserve"> ____________________________________________________</w:t>
      </w:r>
    </w:p>
    <w:p>
      <w:pPr>
        <w:spacing w:before="80" w:after="160"/>
      </w:pPr>
      <w:r>
        <w:rPr>
          <w:b/>
          <w:color w:val="3B82F6"/>
        </w:rPr>
        <w:t xml:space="preserve">▪ </w:t>
      </w:r>
      <w:r>
        <w:rPr>
          <w:b/>
          <w:sz w:val="23"/>
        </w:rPr>
        <w:t>Projected Deal Net Profit Margin Performance Percentage (%)</w:t>
      </w:r>
      <w:r>
        <w:rPr>
          <w:color w:val="94A3B8"/>
        </w:rPr>
        <w:t xml:space="preserve"> ____________________________________________________</w:t>
      </w:r>
    </w:p>
    <w:p>
      <w:pPr>
        <w:spacing w:before="80" w:after="160"/>
      </w:pPr>
      <w:r>
        <w:rPr>
          <w:b/>
          <w:color w:val="3B82F6"/>
        </w:rPr>
        <w:t xml:space="preserve">▪ </w:t>
      </w:r>
      <w:r>
        <w:rPr>
          <w:b/>
          <w:sz w:val="23"/>
        </w:rPr>
        <w:t>Buyer Acceptable Terms Permit Multi-Lot Partial Cargo Shipments? (Yes / No)</w:t>
      </w:r>
      <w:r>
        <w:rPr>
          <w:color w:val="94A3B8"/>
        </w:rPr>
        <w:t xml:space="preserve"> ____________________________________________________</w:t>
      </w:r>
    </w:p>
    <w:p>
      <w:pPr>
        <w:spacing w:before="80" w:after="160"/>
      </w:pPr>
      <w:r>
        <w:rPr>
          <w:b/>
          <w:color w:val="3B82F6"/>
        </w:rPr>
        <w:t xml:space="preserve">▪ </w:t>
      </w:r>
      <w:r>
        <w:rPr>
          <w:b/>
          <w:sz w:val="23"/>
        </w:rPr>
        <w:t>Logistics Firm Executing Production Output Cargo Fulfillment Actions</w:t>
      </w:r>
      <w:r>
        <w:rPr>
          <w:color w:val="94A3B8"/>
        </w:rPr>
        <w:t xml:space="preserve"> ____________________________________________________</w:t>
      </w:r>
    </w:p>
    <w:p>
      <w:pPr>
        <w:spacing w:before="80" w:after="160"/>
      </w:pPr>
      <w:r>
        <w:rPr>
          <w:b/>
          <w:color w:val="3B82F6"/>
        </w:rPr>
        <w:t xml:space="preserve">▪ </w:t>
      </w:r>
      <w:r>
        <w:rPr>
          <w:b/>
          <w:sz w:val="23"/>
        </w:rPr>
        <w:t>Do You Have Raw/Finished Goods Stock Cohort On-Hand Right Now? (Yes / No)</w:t>
      </w:r>
      <w:r>
        <w:rPr>
          <w:color w:val="94A3B8"/>
        </w:rPr>
        <w:t xml:space="preserve"> ____________________________________________________</w:t>
      </w:r>
    </w:p>
    <w:p>
      <w:pPr>
        <w:spacing w:before="80" w:after="160"/>
      </w:pPr>
      <w:r>
        <w:rPr>
          <w:b/>
          <w:color w:val="3B82F6"/>
        </w:rPr>
        <w:t xml:space="preserve">▪ </w:t>
      </w:r>
      <w:r>
        <w:rPr>
          <w:b/>
          <w:sz w:val="23"/>
        </w:rPr>
        <w:t>Target Calendar Date When Output Stock Will Arrive in Hand</w:t>
      </w:r>
      <w:r>
        <w:rPr>
          <w:color w:val="94A3B8"/>
        </w:rPr>
        <w:t xml:space="preserve"> ____________________________________________________</w:t>
      </w:r>
    </w:p>
    <w:p>
      <w:pPr>
        <w:spacing w:before="80" w:after="160"/>
      </w:pPr>
      <w:r>
        <w:rPr>
          <w:b/>
          <w:color w:val="3B82F6"/>
        </w:rPr>
        <w:t xml:space="preserve">▪ </w:t>
      </w:r>
      <w:r>
        <w:rPr>
          <w:b/>
          <w:sz w:val="23"/>
        </w:rPr>
        <w:t>Absolute Requirement to Cash Advance Pay Factory Supplier First? (Yes / No)</w:t>
      </w:r>
      <w:r>
        <w:rPr>
          <w:color w:val="94A3B8"/>
        </w:rPr>
        <w:t xml:space="preserve"> ____________________________________________________</w:t>
      </w:r>
    </w:p>
    <w:p>
      <w:pPr>
        <w:spacing w:before="80" w:after="160"/>
      </w:pPr>
      <w:r>
        <w:rPr>
          <w:b/>
          <w:color w:val="3B82F6"/>
        </w:rPr>
        <w:t xml:space="preserve">▪ </w:t>
      </w:r>
      <w:r>
        <w:rPr>
          <w:b/>
          <w:sz w:val="23"/>
        </w:rPr>
        <w:t>Logistics Global Cargo Shipping Method Profile (Air Freight / Ocean Intermodal / Rail)</w:t>
      </w:r>
      <w:r>
        <w:rPr>
          <w:color w:val="94A3B8"/>
        </w:rPr>
        <w:t xml:space="preserve"> ____________________________________________________</w:t>
      </w:r>
    </w:p>
    <w:p>
      <w:pPr>
        <w:spacing w:before="80" w:after="160"/>
      </w:pPr>
      <w:r>
        <w:rPr>
          <w:b/>
          <w:color w:val="3B82F6"/>
        </w:rPr>
        <w:t xml:space="preserve">▪ </w:t>
      </w:r>
      <w:r>
        <w:rPr>
          <w:b/>
          <w:sz w:val="23"/>
        </w:rPr>
        <w:t>Gross Logistics Shipping / Customs Insurance Outflow Expense ($)</w:t>
      </w:r>
      <w:r>
        <w:rPr>
          <w:color w:val="94A3B8"/>
        </w:rPr>
        <w:t xml:space="preserve"> ____________________________________________________</w:t>
      </w:r>
    </w:p>
    <w:p>
      <w:pPr>
        <w:spacing w:before="80" w:after="160"/>
      </w:pPr>
      <w:r>
        <w:rPr>
          <w:b/>
          <w:color w:val="3B82F6"/>
        </w:rPr>
        <w:t xml:space="preserve">▪ </w:t>
      </w:r>
      <w:r>
        <w:rPr>
          <w:b/>
          <w:sz w:val="23"/>
        </w:rPr>
        <w:t>Cargo Contract Term Defines Shipping Payer Liability (Filer / Filer's Customer)</w:t>
      </w:r>
      <w:r>
        <w:rPr>
          <w:color w:val="94A3B8"/>
        </w:rPr>
        <w:t xml:space="preserve"> ____________________________________________________</w:t>
      </w:r>
    </w:p>
    <w:p>
      <w:pPr>
        <w:spacing w:before="80" w:after="160"/>
      </w:pPr>
      <w:r>
        <w:rPr>
          <w:b/>
          <w:color w:val="3B82F6"/>
        </w:rPr>
        <w:t xml:space="preserve">▪ </w:t>
      </w:r>
      <w:r>
        <w:rPr>
          <w:b/>
          <w:sz w:val="23"/>
        </w:rPr>
        <w:t>Total Cash Infusion Advance Required from PO Financing House ($)</w:t>
      </w:r>
      <w:r>
        <w:rPr>
          <w:color w:val="94A3B8"/>
        </w:rPr>
        <w:t xml:space="preserve"> ____________________________________________________</w:t>
      </w:r>
    </w:p>
    <w:p>
      <w:pPr>
        <w:spacing w:before="80" w:after="160"/>
      </w:pPr>
      <w:r>
        <w:rPr>
          <w:b/>
          <w:color w:val="3B82F6"/>
        </w:rPr>
        <w:t xml:space="preserve">▪ </w:t>
      </w:r>
      <w:r>
        <w:rPr>
          <w:b/>
          <w:sz w:val="23"/>
        </w:rPr>
        <w:t>Dedicated Operational Fund Allocation Map Regarding Proceeds Split</w:t>
      </w:r>
      <w:r>
        <w:rPr>
          <w:color w:val="94A3B8"/>
        </w:rPr>
        <w:t xml:space="preserve"> ____________________________________________________</w:t>
      </w:r>
    </w:p>
    <w:p>
      <w:pPr>
        <w:spacing w:before="80" w:after="160"/>
      </w:pPr>
      <w:r>
        <w:rPr>
          <w:b/>
          <w:color w:val="3B82F6"/>
        </w:rPr>
        <w:t xml:space="preserve">▪ </w:t>
      </w:r>
      <w:r>
        <w:rPr>
          <w:b/>
          <w:sz w:val="23"/>
        </w:rPr>
        <w:t>Target Date Filer's Customer Settles Cargo Invoicing Outflows</w:t>
      </w:r>
      <w:r>
        <w:rPr>
          <w:color w:val="94A3B8"/>
        </w:rPr>
        <w:t xml:space="preserve"> ____________________________________________________</w:t>
      </w:r>
    </w:p>
    <w:p>
      <w:pPr>
        <w:spacing w:before="80" w:after="160"/>
      </w:pPr>
      <w:r>
        <w:rPr>
          <w:b/>
          <w:color w:val="3B82F6"/>
        </w:rPr>
        <w:t xml:space="preserve">▪ </w:t>
      </w:r>
      <w:r>
        <w:rPr>
          <w:b/>
          <w:sz w:val="23"/>
        </w:rPr>
        <w:t>Remediation Plan if Customer Delays Final Cargo Payment Clearing</w:t>
      </w:r>
      <w:r>
        <w:rPr>
          <w:color w:val="94A3B8"/>
        </w:rPr>
        <w:t xml:space="preserve"> ____________________________________________________</w:t>
      </w:r>
    </w:p>
    <w:p>
      <w:pPr>
        <w:spacing w:before="80" w:after="160"/>
      </w:pPr>
      <w:r>
        <w:rPr>
          <w:b/>
          <w:color w:val="3B82F6"/>
        </w:rPr>
        <w:t xml:space="preserve">▪ </w:t>
      </w:r>
      <w:r>
        <w:rPr>
          <w:b/>
          <w:sz w:val="23"/>
        </w:rPr>
        <w:t>Legally Executed, Mutually Signed Business Sales Contract In Place? (Yes / No)</w:t>
      </w:r>
      <w:r>
        <w:rPr>
          <w:color w:val="94A3B8"/>
        </w:rPr>
        <w:t xml:space="preserve"> ____________________________________________________</w:t>
      </w:r>
    </w:p>
    <w:p>
      <w:pPr>
        <w:spacing w:before="80" w:after="160"/>
      </w:pPr>
      <w:r>
        <w:rPr>
          <w:b/>
          <w:color w:val="3B82F6"/>
        </w:rPr>
        <w:t xml:space="preserve">▪ </w:t>
      </w:r>
      <w:r>
        <w:rPr>
          <w:b/>
          <w:sz w:val="23"/>
        </w:rPr>
        <w:t>Final Formal Signed Purchase Order Received &amp; Validated? (Yes / No)</w:t>
      </w:r>
      <w:r>
        <w:rPr>
          <w:color w:val="94A3B8"/>
        </w:rPr>
        <w:t xml:space="preserve"> ____________________________________________________</w:t>
      </w:r>
    </w:p>
    <w:p>
      <w:pPr>
        <w:spacing w:before="80" w:after="160"/>
      </w:pPr>
      <w:r>
        <w:rPr>
          <w:b/>
          <w:color w:val="3B82F6"/>
        </w:rPr>
        <w:t xml:space="preserve">▪ </w:t>
      </w:r>
      <w:r>
        <w:rPr>
          <w:b/>
          <w:sz w:val="23"/>
        </w:rPr>
        <w:t>Stringent Delivery Default Cash Penalties Bound into Contract? (Yes / No)</w:t>
      </w:r>
      <w:r>
        <w:rPr>
          <w:color w:val="94A3B8"/>
        </w:rPr>
        <w:t xml:space="preserve"> ____________________________________________________</w:t>
      </w:r>
    </w:p>
    <w:p>
      <w:pPr>
        <w:spacing w:before="80" w:after="160"/>
      </w:pPr>
      <w:r>
        <w:rPr>
          <w:b/>
          <w:color w:val="3B82F6"/>
        </w:rPr>
        <w:t xml:space="preserve">▪ </w:t>
      </w:r>
      <w:r>
        <w:rPr>
          <w:b/>
          <w:sz w:val="23"/>
        </w:rPr>
        <w:t>Filer Breakdown of Late Delivery Penalty Exposure Terms</w:t>
      </w:r>
      <w:r>
        <w:rPr>
          <w:color w:val="94A3B8"/>
        </w:rPr>
        <w:t xml:space="preserve"> ____________________________________________________</w:t>
      </w:r>
    </w:p>
    <w:p>
      <w:pPr>
        <w:spacing w:before="80" w:after="160"/>
      </w:pPr>
      <w:r>
        <w:rPr>
          <w:b/>
          <w:color w:val="3B82F6"/>
        </w:rPr>
        <w:t xml:space="preserve">▪ </w:t>
      </w:r>
      <w:r>
        <w:rPr>
          <w:b/>
          <w:sz w:val="23"/>
        </w:rPr>
        <w:t>Understand Recourse Clause Assigns Debt Back to Filer if Unpaid? (Yes / No)</w:t>
      </w:r>
      <w:r>
        <w:rPr>
          <w:color w:val="94A3B8"/>
        </w:rPr>
        <w:t xml:space="preserve"> ____________________________________________________</w:t>
      </w:r>
    </w:p>
    <w:p>
      <w:pPr>
        <w:spacing w:before="80" w:after="160"/>
      </w:pPr>
      <w:r>
        <w:rPr>
          <w:b/>
          <w:color w:val="3B82F6"/>
        </w:rPr>
        <w:t xml:space="preserve">▪ </w:t>
      </w:r>
      <w:r>
        <w:rPr>
          <w:b/>
          <w:sz w:val="23"/>
        </w:rPr>
        <w:t>Secondary Backup Emergency Reserves Available to Clear Recourse? (Yes / No)</w:t>
      </w:r>
      <w:r>
        <w:rPr>
          <w:color w:val="94A3B8"/>
        </w:rPr>
        <w:t xml:space="preserve"> ____________________________________________________</w:t>
      </w:r>
    </w:p>
    <w:p>
      <w:pPr>
        <w:spacing w:before="600"/>
        <w:jc w:val="right"/>
      </w:pPr>
      <w:r>
        <w:rPr>
          <w:color w:val="94A3B8"/>
          <w:sz w:val="17"/>
        </w:rPr>
        <w:t>Secure Dynamic Processing Framework Filer Document • usfnd.com</w:t>
      </w:r>
    </w:p>
    <w:sectPr w:rsidR="00FC693F" w:rsidRPr="0006063C" w:rsidSect="00034616">
      <w:pgSz w:w="11909" w:h="16834"/>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